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921" w:rsidRPr="004A37B6" w:rsidRDefault="00CB05BC" w:rsidP="00EC20FD">
      <w:pPr>
        <w:pStyle w:val="Heading1"/>
        <w:jc w:val="center"/>
        <w:rPr>
          <w:color w:val="auto"/>
        </w:rPr>
      </w:pPr>
      <w:r w:rsidRPr="004A37B6">
        <w:rPr>
          <w:color w:val="auto"/>
        </w:rPr>
        <w:t>SISTEM INFORMASI PERHITUNGAN PENGGAJIAN KARYAWAN BERBASIS WEB PADA PT. BAROKAH UTAMA KARYA</w:t>
      </w:r>
    </w:p>
    <w:p w:rsidR="00EC20FD" w:rsidRPr="00EC20FD" w:rsidRDefault="00EC20FD" w:rsidP="00EC20FD">
      <w:pPr>
        <w:rPr>
          <w:sz w:val="6"/>
        </w:rPr>
      </w:pPr>
    </w:p>
    <w:p w:rsidR="00C87559" w:rsidRDefault="00C87559" w:rsidP="009B4B92">
      <w:pPr>
        <w:pBdr>
          <w:bottom w:val="single" w:sz="6" w:space="1" w:color="auto"/>
        </w:pBdr>
        <w:spacing w:after="0"/>
        <w:jc w:val="center"/>
        <w:rPr>
          <w:b/>
          <w:sz w:val="24"/>
        </w:rPr>
      </w:pPr>
      <w:proofErr w:type="spellStart"/>
      <w:r>
        <w:rPr>
          <w:b/>
          <w:sz w:val="24"/>
        </w:rPr>
        <w:t>Penulis</w:t>
      </w:r>
      <w:proofErr w:type="spellEnd"/>
      <w:r>
        <w:rPr>
          <w:b/>
          <w:sz w:val="24"/>
        </w:rPr>
        <w:t xml:space="preserve"> </w:t>
      </w:r>
      <w:proofErr w:type="gramStart"/>
      <w:r>
        <w:rPr>
          <w:b/>
          <w:sz w:val="24"/>
        </w:rPr>
        <w:t>1 :</w:t>
      </w:r>
      <w:proofErr w:type="gramEnd"/>
      <w:r>
        <w:rPr>
          <w:b/>
          <w:sz w:val="24"/>
        </w:rPr>
        <w:t xml:space="preserve"> </w:t>
      </w:r>
      <w:proofErr w:type="spellStart"/>
      <w:r w:rsidR="00CB05BC" w:rsidRPr="004A37B6">
        <w:rPr>
          <w:b/>
          <w:sz w:val="24"/>
        </w:rPr>
        <w:t>Zainal</w:t>
      </w:r>
      <w:proofErr w:type="spellEnd"/>
      <w:r w:rsidR="00CB05BC" w:rsidRPr="004A37B6">
        <w:rPr>
          <w:b/>
          <w:sz w:val="24"/>
        </w:rPr>
        <w:t xml:space="preserve"> </w:t>
      </w:r>
      <w:proofErr w:type="spellStart"/>
      <w:r w:rsidR="00CB05BC" w:rsidRPr="004A37B6">
        <w:rPr>
          <w:b/>
          <w:sz w:val="24"/>
        </w:rPr>
        <w:t>Affandy</w:t>
      </w:r>
      <w:bookmarkStart w:id="0" w:name="_GoBack"/>
      <w:bookmarkEnd w:id="0"/>
      <w:proofErr w:type="spellEnd"/>
    </w:p>
    <w:p w:rsidR="00C87559" w:rsidRDefault="00C87559" w:rsidP="009B4B92">
      <w:pPr>
        <w:pBdr>
          <w:bottom w:val="single" w:sz="6" w:space="1" w:color="auto"/>
        </w:pBdr>
        <w:spacing w:after="0"/>
        <w:jc w:val="center"/>
        <w:rPr>
          <w:b/>
          <w:sz w:val="24"/>
        </w:rPr>
      </w:pPr>
      <w:proofErr w:type="spellStart"/>
      <w:r>
        <w:rPr>
          <w:b/>
          <w:sz w:val="24"/>
        </w:rPr>
        <w:t>Penulis</w:t>
      </w:r>
      <w:proofErr w:type="spellEnd"/>
      <w:r>
        <w:rPr>
          <w:b/>
          <w:sz w:val="24"/>
        </w:rPr>
        <w:t xml:space="preserve"> </w:t>
      </w:r>
      <w:proofErr w:type="gramStart"/>
      <w:r>
        <w:rPr>
          <w:b/>
          <w:sz w:val="24"/>
        </w:rPr>
        <w:t>2 :</w:t>
      </w:r>
      <w:proofErr w:type="gramEnd"/>
      <w:r>
        <w:rPr>
          <w:b/>
          <w:sz w:val="24"/>
        </w:rPr>
        <w:t xml:space="preserve"> </w:t>
      </w:r>
      <w:proofErr w:type="spellStart"/>
      <w:r>
        <w:rPr>
          <w:b/>
          <w:sz w:val="24"/>
        </w:rPr>
        <w:t>Ibnu</w:t>
      </w:r>
      <w:proofErr w:type="spellEnd"/>
      <w:r>
        <w:rPr>
          <w:b/>
          <w:sz w:val="24"/>
        </w:rPr>
        <w:t xml:space="preserve"> </w:t>
      </w:r>
      <w:proofErr w:type="spellStart"/>
      <w:r>
        <w:rPr>
          <w:b/>
          <w:sz w:val="24"/>
        </w:rPr>
        <w:t>Rasyid</w:t>
      </w:r>
      <w:proofErr w:type="spellEnd"/>
      <w:r>
        <w:rPr>
          <w:b/>
          <w:sz w:val="24"/>
        </w:rPr>
        <w:t xml:space="preserve">, </w:t>
      </w:r>
      <w:proofErr w:type="spellStart"/>
      <w:r>
        <w:rPr>
          <w:b/>
          <w:sz w:val="24"/>
        </w:rPr>
        <w:t>M.kom</w:t>
      </w:r>
      <w:proofErr w:type="spellEnd"/>
    </w:p>
    <w:p w:rsidR="004A37B6" w:rsidRDefault="00C87559" w:rsidP="009B4B92">
      <w:pPr>
        <w:pBdr>
          <w:bottom w:val="single" w:sz="6" w:space="1" w:color="auto"/>
        </w:pBdr>
        <w:spacing w:after="0"/>
        <w:jc w:val="center"/>
        <w:rPr>
          <w:sz w:val="32"/>
        </w:rPr>
      </w:pPr>
      <w:proofErr w:type="spellStart"/>
      <w:r>
        <w:rPr>
          <w:b/>
          <w:sz w:val="24"/>
        </w:rPr>
        <w:t>Penulis</w:t>
      </w:r>
      <w:proofErr w:type="spellEnd"/>
      <w:r>
        <w:rPr>
          <w:b/>
          <w:sz w:val="24"/>
        </w:rPr>
        <w:t xml:space="preserve"> 3 : </w:t>
      </w:r>
      <w:proofErr w:type="spellStart"/>
      <w:r>
        <w:rPr>
          <w:b/>
          <w:sz w:val="24"/>
        </w:rPr>
        <w:t>Sulaiman</w:t>
      </w:r>
      <w:proofErr w:type="spellEnd"/>
      <w:r>
        <w:rPr>
          <w:b/>
          <w:sz w:val="24"/>
        </w:rPr>
        <w:t xml:space="preserve"> </w:t>
      </w:r>
      <w:proofErr w:type="spellStart"/>
      <w:r>
        <w:rPr>
          <w:b/>
          <w:sz w:val="24"/>
        </w:rPr>
        <w:t>Naibaho</w:t>
      </w:r>
      <w:proofErr w:type="spellEnd"/>
      <w:r>
        <w:rPr>
          <w:b/>
          <w:sz w:val="24"/>
        </w:rPr>
        <w:t xml:space="preserve">, </w:t>
      </w:r>
      <w:proofErr w:type="spellStart"/>
      <w:r>
        <w:rPr>
          <w:b/>
          <w:sz w:val="24"/>
        </w:rPr>
        <w:t>S.kom</w:t>
      </w:r>
      <w:proofErr w:type="spellEnd"/>
      <w:r w:rsidR="00CB05BC" w:rsidRPr="004A37B6">
        <w:rPr>
          <w:sz w:val="24"/>
        </w:rPr>
        <w:br/>
        <w:t xml:space="preserve">Program </w:t>
      </w:r>
      <w:proofErr w:type="spellStart"/>
      <w:r w:rsidR="00CB05BC" w:rsidRPr="004A37B6">
        <w:rPr>
          <w:sz w:val="24"/>
        </w:rPr>
        <w:t>Studi</w:t>
      </w:r>
      <w:proofErr w:type="spellEnd"/>
      <w:r w:rsidR="00CB05BC" w:rsidRPr="004A37B6">
        <w:rPr>
          <w:sz w:val="24"/>
        </w:rPr>
        <w:t xml:space="preserve"> D3 Sistem Informasi, Fakultas Teknik dan Ilmu Komputer, Universitas Dharmawangsa, Medan, Indonesia</w:t>
      </w:r>
      <w:r w:rsidR="00CB05BC" w:rsidRPr="004A37B6">
        <w:rPr>
          <w:sz w:val="24"/>
        </w:rPr>
        <w:br/>
        <w:t xml:space="preserve">Email: </w:t>
      </w:r>
      <w:hyperlink r:id="rId7" w:history="1">
        <w:r w:rsidR="004A37B6" w:rsidRPr="003F2F33">
          <w:rPr>
            <w:rStyle w:val="Hyperlink"/>
            <w:sz w:val="24"/>
          </w:rPr>
          <w:t>rairyupandi@gmail.com</w:t>
        </w:r>
      </w:hyperlink>
    </w:p>
    <w:p w:rsidR="004A37B6" w:rsidRPr="004A37B6" w:rsidRDefault="004A37B6" w:rsidP="00EC20FD">
      <w:pPr>
        <w:pBdr>
          <w:bottom w:val="single" w:sz="6" w:space="1" w:color="auto"/>
        </w:pBdr>
        <w:jc w:val="center"/>
        <w:rPr>
          <w:sz w:val="2"/>
        </w:rPr>
      </w:pPr>
    </w:p>
    <w:p w:rsidR="00BC4921" w:rsidRDefault="00CB05BC" w:rsidP="004A37B6">
      <w:pPr>
        <w:jc w:val="both"/>
      </w:pPr>
      <w:proofErr w:type="spellStart"/>
      <w:proofErr w:type="gramStart"/>
      <w:r w:rsidRPr="004A37B6">
        <w:rPr>
          <w:b/>
        </w:rPr>
        <w:t>Abstrak</w:t>
      </w:r>
      <w:proofErr w:type="spellEnd"/>
      <w:r w:rsidR="004A37B6">
        <w:t xml:space="preserve"> :</w:t>
      </w:r>
      <w:proofErr w:type="gramEnd"/>
      <w:r w:rsidR="004A37B6">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merancang</w:t>
      </w:r>
      <w:proofErr w:type="spellEnd"/>
      <w:r>
        <w:t xml:space="preserve"> </w:t>
      </w:r>
      <w:proofErr w:type="spellStart"/>
      <w:r>
        <w:t>dan</w:t>
      </w:r>
      <w:proofErr w:type="spellEnd"/>
      <w:r>
        <w:t xml:space="preserve"> mengimplementasikan sistem informasi penggajian karyawan berbasis web pada PT. Barokah Utama Karya. Selama ini perusahaan masih menggunakan Microsoft Excel untuk menghitung gaji, sehingga rawan terjadi kesalahan, keterlambatan, dan kehilangan data. Sistem dikembangkan dengan bahasa pemrograman PHP dan basis data MySQL, serta dirancang menggunakan pendekatan UML. Hasil implementasi menunjukkan bahwa sistem mampu mempercepat proses pengolahan data gaji, mengurangi kesalahan perhitungan, serta memudahkan pembuatan laporan absensi dan slip gaji. Dengan demikian, sistem ini meningkatkan efisiensi, akurasi, dan transparansi dalam manajemen penggajian perusahaan.</w:t>
      </w:r>
    </w:p>
    <w:p w:rsidR="00BC4921" w:rsidRDefault="00CB05BC" w:rsidP="004A37B6">
      <w:pPr>
        <w:jc w:val="both"/>
      </w:pPr>
      <w:r w:rsidRPr="004A37B6">
        <w:rPr>
          <w:b/>
        </w:rPr>
        <w:t xml:space="preserve">Kata </w:t>
      </w:r>
      <w:proofErr w:type="spellStart"/>
      <w:r w:rsidRPr="004A37B6">
        <w:rPr>
          <w:b/>
        </w:rPr>
        <w:t>kunci</w:t>
      </w:r>
      <w:proofErr w:type="spellEnd"/>
      <w:r>
        <w:t xml:space="preserve">: </w:t>
      </w:r>
      <w:proofErr w:type="spellStart"/>
      <w:r>
        <w:t>Sistem</w:t>
      </w:r>
      <w:proofErr w:type="spellEnd"/>
      <w:r>
        <w:t xml:space="preserve"> </w:t>
      </w:r>
      <w:proofErr w:type="spellStart"/>
      <w:r>
        <w:t>Informasi</w:t>
      </w:r>
      <w:proofErr w:type="spellEnd"/>
      <w:r>
        <w:t xml:space="preserve">, </w:t>
      </w:r>
      <w:proofErr w:type="spellStart"/>
      <w:r>
        <w:t>Penggajian</w:t>
      </w:r>
      <w:proofErr w:type="spellEnd"/>
      <w:r>
        <w:t>, Web, MySQL, PHP</w:t>
      </w:r>
    </w:p>
    <w:p w:rsidR="004A37B6" w:rsidRDefault="004A37B6" w:rsidP="004A37B6">
      <w:pPr>
        <w:jc w:val="both"/>
      </w:pPr>
    </w:p>
    <w:p w:rsidR="004A37B6" w:rsidRDefault="004A37B6" w:rsidP="004A37B6">
      <w:pPr>
        <w:jc w:val="both"/>
      </w:pPr>
      <w:r w:rsidRPr="004A37B6">
        <w:rPr>
          <w:b/>
        </w:rPr>
        <w:t>Abstract</w:t>
      </w:r>
      <w:r>
        <w:t xml:space="preserve">: This research aims to design and implement a web-based employee payroll information system at PT. </w:t>
      </w:r>
      <w:proofErr w:type="spellStart"/>
      <w:r>
        <w:t>Barokah</w:t>
      </w:r>
      <w:proofErr w:type="spellEnd"/>
      <w:r>
        <w:t xml:space="preserve"> </w:t>
      </w:r>
      <w:proofErr w:type="spellStart"/>
      <w:r>
        <w:t>Utama</w:t>
      </w:r>
      <w:proofErr w:type="spellEnd"/>
      <w:r>
        <w:t xml:space="preserve"> </w:t>
      </w:r>
      <w:proofErr w:type="spellStart"/>
      <w:r>
        <w:t>Karya</w:t>
      </w:r>
      <w:proofErr w:type="spellEnd"/>
      <w:r>
        <w:t>. The company currently uses Microsoft Excel to calculate salaries, making it prone to errors, delays, and data loss. The system was developed using the PHP programming language and MySQL database, and designed using a UML approach. Implementation results show that the system can accelerate salary data processing, reduce calculation errors, and facilitate the creation of attendance reports and pay slips. Thus, this system improves efficiency, accuracy, and transparency in the company's payroll management.</w:t>
      </w:r>
    </w:p>
    <w:p w:rsidR="004A37B6" w:rsidRDefault="004A37B6" w:rsidP="004A37B6">
      <w:pPr>
        <w:jc w:val="both"/>
      </w:pPr>
      <w:r w:rsidRPr="004A37B6">
        <w:rPr>
          <w:b/>
        </w:rPr>
        <w:t>Keywords</w:t>
      </w:r>
      <w:r>
        <w:t>: Information System, Payroll, Web, MySQL, PHP</w:t>
      </w:r>
    </w:p>
    <w:p w:rsidR="004A37B6" w:rsidRDefault="004A37B6" w:rsidP="004A37B6">
      <w:pPr>
        <w:jc w:val="both"/>
      </w:pPr>
    </w:p>
    <w:p w:rsidR="004A37B6" w:rsidRDefault="004A37B6" w:rsidP="004A37B6">
      <w:pPr>
        <w:jc w:val="both"/>
      </w:pPr>
    </w:p>
    <w:p w:rsidR="004A37B6" w:rsidRDefault="004A37B6" w:rsidP="004A37B6">
      <w:pPr>
        <w:jc w:val="both"/>
      </w:pPr>
    </w:p>
    <w:p w:rsidR="004A37B6" w:rsidRDefault="004A37B6" w:rsidP="004A37B6">
      <w:pPr>
        <w:jc w:val="both"/>
      </w:pPr>
    </w:p>
    <w:p w:rsidR="00BC4921" w:rsidRPr="004A37B6" w:rsidRDefault="00CB05BC">
      <w:pPr>
        <w:pStyle w:val="Heading2"/>
        <w:rPr>
          <w:color w:val="auto"/>
        </w:rPr>
      </w:pPr>
      <w:r w:rsidRPr="004A37B6">
        <w:rPr>
          <w:color w:val="auto"/>
        </w:rPr>
        <w:lastRenderedPageBreak/>
        <w:t>1. Pendahuluan</w:t>
      </w:r>
    </w:p>
    <w:p w:rsidR="004A37B6" w:rsidRDefault="00CB05BC" w:rsidP="004A37B6">
      <w:pPr>
        <w:ind w:firstLine="360"/>
        <w:jc w:val="both"/>
        <w:rPr>
          <w:sz w:val="24"/>
        </w:rPr>
      </w:pPr>
      <w:r w:rsidRPr="004A37B6">
        <w:rPr>
          <w:sz w:val="24"/>
        </w:rPr>
        <w:t xml:space="preserve">Kemajuan teknologi informasi telah mendorong banyak organisasi untuk mengadopsi sistem terkomputerisasi, termasuk dalam pengelolaan sumber daya manusia. Salah satu aspek penting adalah sistem penggajian karyawan. </w:t>
      </w:r>
      <w:proofErr w:type="gramStart"/>
      <w:r w:rsidRPr="004A37B6">
        <w:rPr>
          <w:sz w:val="24"/>
        </w:rPr>
        <w:t xml:space="preserve">Penggunaan metode manual sering menimbulkan masalah seperti </w:t>
      </w:r>
      <w:proofErr w:type="spellStart"/>
      <w:r w:rsidRPr="004A37B6">
        <w:rPr>
          <w:sz w:val="24"/>
        </w:rPr>
        <w:t>keterlambatan</w:t>
      </w:r>
      <w:proofErr w:type="spellEnd"/>
      <w:r w:rsidRPr="004A37B6">
        <w:rPr>
          <w:sz w:val="24"/>
        </w:rPr>
        <w:t xml:space="preserve">, </w:t>
      </w:r>
      <w:proofErr w:type="spellStart"/>
      <w:r w:rsidRPr="004A37B6">
        <w:rPr>
          <w:sz w:val="24"/>
        </w:rPr>
        <w:t>kesalahan</w:t>
      </w:r>
      <w:proofErr w:type="spellEnd"/>
      <w:r w:rsidRPr="004A37B6">
        <w:rPr>
          <w:sz w:val="24"/>
        </w:rPr>
        <w:t xml:space="preserve"> </w:t>
      </w:r>
      <w:proofErr w:type="spellStart"/>
      <w:r w:rsidRPr="004A37B6">
        <w:rPr>
          <w:sz w:val="24"/>
        </w:rPr>
        <w:t>perhitungan</w:t>
      </w:r>
      <w:proofErr w:type="spellEnd"/>
      <w:r w:rsidRPr="004A37B6">
        <w:rPr>
          <w:sz w:val="24"/>
        </w:rPr>
        <w:t xml:space="preserve">, </w:t>
      </w:r>
      <w:proofErr w:type="spellStart"/>
      <w:r w:rsidRPr="004A37B6">
        <w:rPr>
          <w:sz w:val="24"/>
        </w:rPr>
        <w:t>sert</w:t>
      </w:r>
      <w:r w:rsidR="004A37B6">
        <w:rPr>
          <w:sz w:val="24"/>
        </w:rPr>
        <w:t>a</w:t>
      </w:r>
      <w:proofErr w:type="spellEnd"/>
      <w:r w:rsidR="004A37B6">
        <w:rPr>
          <w:sz w:val="24"/>
        </w:rPr>
        <w:t xml:space="preserve"> </w:t>
      </w:r>
      <w:proofErr w:type="spellStart"/>
      <w:r w:rsidR="004A37B6">
        <w:rPr>
          <w:sz w:val="24"/>
        </w:rPr>
        <w:t>sulitnya</w:t>
      </w:r>
      <w:proofErr w:type="spellEnd"/>
      <w:r w:rsidR="004A37B6">
        <w:rPr>
          <w:sz w:val="24"/>
        </w:rPr>
        <w:t xml:space="preserve"> </w:t>
      </w:r>
      <w:proofErr w:type="spellStart"/>
      <w:r w:rsidR="004A37B6">
        <w:rPr>
          <w:sz w:val="24"/>
        </w:rPr>
        <w:t>penyusunan</w:t>
      </w:r>
      <w:proofErr w:type="spellEnd"/>
      <w:r w:rsidR="004A37B6">
        <w:rPr>
          <w:sz w:val="24"/>
        </w:rPr>
        <w:t xml:space="preserve"> </w:t>
      </w:r>
      <w:proofErr w:type="spellStart"/>
      <w:r w:rsidR="004A37B6">
        <w:rPr>
          <w:sz w:val="24"/>
        </w:rPr>
        <w:t>laporan</w:t>
      </w:r>
      <w:proofErr w:type="spellEnd"/>
      <w:r w:rsidR="004A37B6">
        <w:rPr>
          <w:sz w:val="24"/>
        </w:rPr>
        <w:t>.</w:t>
      </w:r>
      <w:proofErr w:type="gramEnd"/>
    </w:p>
    <w:p w:rsidR="00BC4921" w:rsidRPr="004A37B6" w:rsidRDefault="00CB05BC" w:rsidP="004A37B6">
      <w:pPr>
        <w:ind w:firstLine="360"/>
        <w:jc w:val="both"/>
        <w:rPr>
          <w:sz w:val="24"/>
        </w:rPr>
      </w:pPr>
      <w:proofErr w:type="gramStart"/>
      <w:r w:rsidRPr="004A37B6">
        <w:rPr>
          <w:sz w:val="24"/>
        </w:rPr>
        <w:t>PT. Barokah Utama Karya masih mengandalkan Microsoft Excel dalam menghitung gaji.</w:t>
      </w:r>
      <w:proofErr w:type="gramEnd"/>
      <w:r w:rsidRPr="004A37B6">
        <w:rPr>
          <w:sz w:val="24"/>
        </w:rPr>
        <w:t xml:space="preserve"> Proses ini memakan waktu lama, data sering hilang, dan akurasi tidak terjamin. </w:t>
      </w:r>
      <w:proofErr w:type="gramStart"/>
      <w:r w:rsidRPr="004A37B6">
        <w:rPr>
          <w:sz w:val="24"/>
        </w:rPr>
        <w:t xml:space="preserve">Oleh karena itu, penelitian ini dilakukan untuk merancang sistem informasi penggajian berbasis web yang dapat </w:t>
      </w:r>
      <w:proofErr w:type="spellStart"/>
      <w:r w:rsidRPr="004A37B6">
        <w:rPr>
          <w:sz w:val="24"/>
        </w:rPr>
        <w:t>mempermudah</w:t>
      </w:r>
      <w:proofErr w:type="spellEnd"/>
      <w:r w:rsidRPr="004A37B6">
        <w:rPr>
          <w:sz w:val="24"/>
        </w:rPr>
        <w:t xml:space="preserve"> </w:t>
      </w:r>
      <w:proofErr w:type="spellStart"/>
      <w:r w:rsidRPr="004A37B6">
        <w:rPr>
          <w:sz w:val="24"/>
        </w:rPr>
        <w:t>pengelolaan</w:t>
      </w:r>
      <w:proofErr w:type="spellEnd"/>
      <w:r w:rsidRPr="004A37B6">
        <w:rPr>
          <w:sz w:val="24"/>
        </w:rPr>
        <w:t xml:space="preserve"> </w:t>
      </w:r>
      <w:proofErr w:type="spellStart"/>
      <w:r w:rsidRPr="004A37B6">
        <w:rPr>
          <w:sz w:val="24"/>
        </w:rPr>
        <w:t>gaji</w:t>
      </w:r>
      <w:proofErr w:type="spellEnd"/>
      <w:r w:rsidRPr="004A37B6">
        <w:rPr>
          <w:sz w:val="24"/>
        </w:rPr>
        <w:t xml:space="preserve">, </w:t>
      </w:r>
      <w:proofErr w:type="spellStart"/>
      <w:r w:rsidRPr="004A37B6">
        <w:rPr>
          <w:sz w:val="24"/>
        </w:rPr>
        <w:t>absensi</w:t>
      </w:r>
      <w:proofErr w:type="spellEnd"/>
      <w:r w:rsidRPr="004A37B6">
        <w:rPr>
          <w:sz w:val="24"/>
        </w:rPr>
        <w:t xml:space="preserve">, </w:t>
      </w:r>
      <w:proofErr w:type="spellStart"/>
      <w:r w:rsidRPr="004A37B6">
        <w:rPr>
          <w:sz w:val="24"/>
        </w:rPr>
        <w:t>serta</w:t>
      </w:r>
      <w:proofErr w:type="spellEnd"/>
      <w:r w:rsidRPr="004A37B6">
        <w:rPr>
          <w:sz w:val="24"/>
        </w:rPr>
        <w:t xml:space="preserve"> </w:t>
      </w:r>
      <w:proofErr w:type="spellStart"/>
      <w:r w:rsidRPr="004A37B6">
        <w:rPr>
          <w:sz w:val="24"/>
        </w:rPr>
        <w:t>pembuatan</w:t>
      </w:r>
      <w:proofErr w:type="spellEnd"/>
      <w:r w:rsidRPr="004A37B6">
        <w:rPr>
          <w:sz w:val="24"/>
        </w:rPr>
        <w:t xml:space="preserve"> </w:t>
      </w:r>
      <w:proofErr w:type="spellStart"/>
      <w:r w:rsidRPr="004A37B6">
        <w:rPr>
          <w:sz w:val="24"/>
        </w:rPr>
        <w:t>laporan</w:t>
      </w:r>
      <w:proofErr w:type="spellEnd"/>
      <w:r w:rsidRPr="004A37B6">
        <w:rPr>
          <w:sz w:val="24"/>
        </w:rPr>
        <w:t>.</w:t>
      </w:r>
      <w:proofErr w:type="gramEnd"/>
    </w:p>
    <w:p w:rsidR="004A37B6" w:rsidRPr="004A37B6" w:rsidRDefault="00CB05BC" w:rsidP="004A37B6">
      <w:pPr>
        <w:pStyle w:val="Heading2"/>
        <w:spacing w:after="240"/>
        <w:rPr>
          <w:color w:val="auto"/>
        </w:rPr>
      </w:pPr>
      <w:r w:rsidRPr="004A37B6">
        <w:rPr>
          <w:color w:val="auto"/>
        </w:rPr>
        <w:t xml:space="preserve">2. </w:t>
      </w:r>
      <w:proofErr w:type="spellStart"/>
      <w:r w:rsidRPr="004A37B6">
        <w:rPr>
          <w:color w:val="auto"/>
        </w:rPr>
        <w:t>Tinjauan</w:t>
      </w:r>
      <w:proofErr w:type="spellEnd"/>
      <w:r w:rsidRPr="004A37B6">
        <w:rPr>
          <w:color w:val="auto"/>
        </w:rPr>
        <w:t xml:space="preserve"> </w:t>
      </w:r>
      <w:proofErr w:type="spellStart"/>
      <w:r w:rsidRPr="004A37B6">
        <w:rPr>
          <w:color w:val="auto"/>
        </w:rPr>
        <w:t>Pustaka</w:t>
      </w:r>
      <w:proofErr w:type="spellEnd"/>
    </w:p>
    <w:p w:rsidR="004A37B6" w:rsidRDefault="004A37B6" w:rsidP="004A37B6">
      <w:pPr>
        <w:jc w:val="both"/>
        <w:rPr>
          <w:sz w:val="24"/>
        </w:rPr>
      </w:pPr>
      <w:r>
        <w:rPr>
          <w:sz w:val="24"/>
        </w:rPr>
        <w:t xml:space="preserve">2.1 </w:t>
      </w:r>
      <w:proofErr w:type="spellStart"/>
      <w:r>
        <w:rPr>
          <w:sz w:val="24"/>
        </w:rPr>
        <w:t>Sistem</w:t>
      </w:r>
      <w:proofErr w:type="spellEnd"/>
      <w:r>
        <w:rPr>
          <w:sz w:val="24"/>
        </w:rPr>
        <w:t xml:space="preserve"> </w:t>
      </w:r>
      <w:proofErr w:type="spellStart"/>
      <w:r>
        <w:rPr>
          <w:sz w:val="24"/>
        </w:rPr>
        <w:t>Informasi</w:t>
      </w:r>
      <w:proofErr w:type="spellEnd"/>
    </w:p>
    <w:p w:rsidR="00BC4921" w:rsidRPr="004A37B6" w:rsidRDefault="00CB05BC" w:rsidP="004A37B6">
      <w:pPr>
        <w:ind w:firstLine="720"/>
        <w:jc w:val="both"/>
        <w:rPr>
          <w:sz w:val="24"/>
        </w:rPr>
      </w:pPr>
      <w:proofErr w:type="spellStart"/>
      <w:proofErr w:type="gramStart"/>
      <w:r w:rsidRPr="004A37B6">
        <w:rPr>
          <w:sz w:val="24"/>
        </w:rPr>
        <w:t>Sistem</w:t>
      </w:r>
      <w:proofErr w:type="spellEnd"/>
      <w:r w:rsidRPr="004A37B6">
        <w:rPr>
          <w:sz w:val="24"/>
        </w:rPr>
        <w:t xml:space="preserve"> </w:t>
      </w:r>
      <w:proofErr w:type="spellStart"/>
      <w:r w:rsidRPr="004A37B6">
        <w:rPr>
          <w:sz w:val="24"/>
        </w:rPr>
        <w:t>informasi</w:t>
      </w:r>
      <w:proofErr w:type="spellEnd"/>
      <w:r w:rsidRPr="004A37B6">
        <w:rPr>
          <w:sz w:val="24"/>
        </w:rPr>
        <w:t xml:space="preserve"> </w:t>
      </w:r>
      <w:proofErr w:type="spellStart"/>
      <w:r w:rsidRPr="004A37B6">
        <w:rPr>
          <w:sz w:val="24"/>
        </w:rPr>
        <w:t>adalah</w:t>
      </w:r>
      <w:proofErr w:type="spellEnd"/>
      <w:r w:rsidRPr="004A37B6">
        <w:rPr>
          <w:sz w:val="24"/>
        </w:rPr>
        <w:t xml:space="preserve"> </w:t>
      </w:r>
      <w:proofErr w:type="spellStart"/>
      <w:r w:rsidRPr="004A37B6">
        <w:rPr>
          <w:sz w:val="24"/>
        </w:rPr>
        <w:t>kombinasi</w:t>
      </w:r>
      <w:proofErr w:type="spellEnd"/>
      <w:r w:rsidRPr="004A37B6">
        <w:rPr>
          <w:sz w:val="24"/>
        </w:rPr>
        <w:t xml:space="preserve"> dari perangkat keras, perangkat lunak, basis data, prosedur, dan manusia yang saling berinteraksi </w:t>
      </w:r>
      <w:proofErr w:type="spellStart"/>
      <w:r w:rsidRPr="004A37B6">
        <w:rPr>
          <w:sz w:val="24"/>
        </w:rPr>
        <w:t>untuk</w:t>
      </w:r>
      <w:proofErr w:type="spellEnd"/>
      <w:r w:rsidRPr="004A37B6">
        <w:rPr>
          <w:sz w:val="24"/>
        </w:rPr>
        <w:t xml:space="preserve"> </w:t>
      </w:r>
      <w:proofErr w:type="spellStart"/>
      <w:r w:rsidRPr="004A37B6">
        <w:rPr>
          <w:sz w:val="24"/>
        </w:rPr>
        <w:t>mengolah</w:t>
      </w:r>
      <w:proofErr w:type="spellEnd"/>
      <w:r w:rsidRPr="004A37B6">
        <w:rPr>
          <w:sz w:val="24"/>
        </w:rPr>
        <w:t xml:space="preserve"> data </w:t>
      </w:r>
      <w:proofErr w:type="spellStart"/>
      <w:r w:rsidRPr="004A37B6">
        <w:rPr>
          <w:sz w:val="24"/>
        </w:rPr>
        <w:t>menjadi</w:t>
      </w:r>
      <w:proofErr w:type="spellEnd"/>
      <w:r w:rsidRPr="004A37B6">
        <w:rPr>
          <w:sz w:val="24"/>
        </w:rPr>
        <w:t xml:space="preserve"> </w:t>
      </w:r>
      <w:proofErr w:type="spellStart"/>
      <w:r w:rsidRPr="004A37B6">
        <w:rPr>
          <w:sz w:val="24"/>
        </w:rPr>
        <w:t>informasi</w:t>
      </w:r>
      <w:proofErr w:type="spellEnd"/>
      <w:r w:rsidRPr="004A37B6">
        <w:rPr>
          <w:sz w:val="24"/>
        </w:rPr>
        <w:t xml:space="preserve"> yang </w:t>
      </w:r>
      <w:proofErr w:type="spellStart"/>
      <w:r w:rsidRPr="004A37B6">
        <w:rPr>
          <w:sz w:val="24"/>
        </w:rPr>
        <w:t>bermanfaat</w:t>
      </w:r>
      <w:proofErr w:type="spellEnd"/>
      <w:r w:rsidRPr="004A37B6">
        <w:rPr>
          <w:sz w:val="24"/>
        </w:rPr>
        <w:t>.</w:t>
      </w:r>
      <w:proofErr w:type="gramEnd"/>
    </w:p>
    <w:p w:rsidR="004A37B6" w:rsidRDefault="004A37B6" w:rsidP="004A37B6">
      <w:pPr>
        <w:jc w:val="both"/>
        <w:rPr>
          <w:sz w:val="24"/>
        </w:rPr>
      </w:pPr>
      <w:r>
        <w:rPr>
          <w:sz w:val="24"/>
        </w:rPr>
        <w:t xml:space="preserve">2.2 </w:t>
      </w:r>
      <w:proofErr w:type="spellStart"/>
      <w:r>
        <w:rPr>
          <w:sz w:val="24"/>
        </w:rPr>
        <w:t>Sistem</w:t>
      </w:r>
      <w:proofErr w:type="spellEnd"/>
      <w:r>
        <w:rPr>
          <w:sz w:val="24"/>
        </w:rPr>
        <w:t xml:space="preserve"> </w:t>
      </w:r>
      <w:proofErr w:type="spellStart"/>
      <w:r>
        <w:rPr>
          <w:sz w:val="24"/>
        </w:rPr>
        <w:t>Informasi</w:t>
      </w:r>
      <w:proofErr w:type="spellEnd"/>
      <w:r>
        <w:rPr>
          <w:sz w:val="24"/>
        </w:rPr>
        <w:t xml:space="preserve"> </w:t>
      </w:r>
      <w:proofErr w:type="spellStart"/>
      <w:r>
        <w:rPr>
          <w:sz w:val="24"/>
        </w:rPr>
        <w:t>Penggajian</w:t>
      </w:r>
      <w:proofErr w:type="spellEnd"/>
    </w:p>
    <w:p w:rsidR="00BC4921" w:rsidRPr="004A37B6" w:rsidRDefault="004A37B6" w:rsidP="004A37B6">
      <w:pPr>
        <w:jc w:val="both"/>
        <w:rPr>
          <w:sz w:val="24"/>
        </w:rPr>
      </w:pPr>
      <w:r>
        <w:rPr>
          <w:sz w:val="24"/>
        </w:rPr>
        <w:tab/>
      </w:r>
      <w:proofErr w:type="spellStart"/>
      <w:proofErr w:type="gramStart"/>
      <w:r w:rsidR="00CB05BC" w:rsidRPr="004A37B6">
        <w:rPr>
          <w:sz w:val="24"/>
        </w:rPr>
        <w:t>Sistem</w:t>
      </w:r>
      <w:proofErr w:type="spellEnd"/>
      <w:r w:rsidR="00CB05BC" w:rsidRPr="004A37B6">
        <w:rPr>
          <w:sz w:val="24"/>
        </w:rPr>
        <w:t xml:space="preserve"> </w:t>
      </w:r>
      <w:proofErr w:type="spellStart"/>
      <w:r w:rsidR="00CB05BC" w:rsidRPr="004A37B6">
        <w:rPr>
          <w:sz w:val="24"/>
        </w:rPr>
        <w:t>penggajian</w:t>
      </w:r>
      <w:proofErr w:type="spellEnd"/>
      <w:r w:rsidR="00CB05BC" w:rsidRPr="004A37B6">
        <w:rPr>
          <w:sz w:val="24"/>
        </w:rPr>
        <w:t xml:space="preserve"> </w:t>
      </w:r>
      <w:proofErr w:type="spellStart"/>
      <w:r w:rsidR="00CB05BC" w:rsidRPr="004A37B6">
        <w:rPr>
          <w:sz w:val="24"/>
        </w:rPr>
        <w:t>adalah</w:t>
      </w:r>
      <w:proofErr w:type="spellEnd"/>
      <w:r w:rsidR="00CB05BC" w:rsidRPr="004A37B6">
        <w:rPr>
          <w:sz w:val="24"/>
        </w:rPr>
        <w:t xml:space="preserve"> </w:t>
      </w:r>
      <w:proofErr w:type="spellStart"/>
      <w:r w:rsidR="00CB05BC" w:rsidRPr="004A37B6">
        <w:rPr>
          <w:sz w:val="24"/>
        </w:rPr>
        <w:t>aplikasi</w:t>
      </w:r>
      <w:proofErr w:type="spellEnd"/>
      <w:r w:rsidR="00CB05BC" w:rsidRPr="004A37B6">
        <w:rPr>
          <w:sz w:val="24"/>
        </w:rPr>
        <w:t xml:space="preserve"> yang mengelola data kehadiran, gaji pokok, tunjangan, dan potongan untuk menghasilkan slip gaji maupun laporan penggajian.</w:t>
      </w:r>
      <w:proofErr w:type="gramEnd"/>
    </w:p>
    <w:p w:rsidR="004A37B6" w:rsidRDefault="004A37B6" w:rsidP="004A37B6">
      <w:pPr>
        <w:jc w:val="both"/>
        <w:rPr>
          <w:sz w:val="24"/>
        </w:rPr>
      </w:pPr>
      <w:r>
        <w:rPr>
          <w:sz w:val="24"/>
        </w:rPr>
        <w:t xml:space="preserve">2.3 </w:t>
      </w:r>
      <w:proofErr w:type="spellStart"/>
      <w:r>
        <w:rPr>
          <w:sz w:val="24"/>
        </w:rPr>
        <w:t>Penelitian</w:t>
      </w:r>
      <w:proofErr w:type="spellEnd"/>
      <w:r>
        <w:rPr>
          <w:sz w:val="24"/>
        </w:rPr>
        <w:t xml:space="preserve"> </w:t>
      </w:r>
      <w:proofErr w:type="spellStart"/>
      <w:r>
        <w:rPr>
          <w:sz w:val="24"/>
        </w:rPr>
        <w:t>Terdahulu</w:t>
      </w:r>
      <w:proofErr w:type="spellEnd"/>
    </w:p>
    <w:p w:rsidR="00BC4921" w:rsidRPr="004A37B6" w:rsidRDefault="004A37B6" w:rsidP="004A37B6">
      <w:pPr>
        <w:jc w:val="both"/>
        <w:rPr>
          <w:sz w:val="24"/>
        </w:rPr>
      </w:pPr>
      <w:r>
        <w:rPr>
          <w:sz w:val="24"/>
        </w:rPr>
        <w:tab/>
      </w:r>
      <w:proofErr w:type="spellStart"/>
      <w:r w:rsidR="00CB05BC" w:rsidRPr="004A37B6">
        <w:rPr>
          <w:sz w:val="24"/>
        </w:rPr>
        <w:t>Beberapa</w:t>
      </w:r>
      <w:proofErr w:type="spellEnd"/>
      <w:r w:rsidR="00CB05BC" w:rsidRPr="004A37B6">
        <w:rPr>
          <w:sz w:val="24"/>
        </w:rPr>
        <w:t xml:space="preserve"> </w:t>
      </w:r>
      <w:proofErr w:type="spellStart"/>
      <w:r w:rsidR="00CB05BC" w:rsidRPr="004A37B6">
        <w:rPr>
          <w:sz w:val="24"/>
        </w:rPr>
        <w:t>penelitian</w:t>
      </w:r>
      <w:proofErr w:type="spellEnd"/>
      <w:r w:rsidR="00CB05BC" w:rsidRPr="004A37B6">
        <w:rPr>
          <w:sz w:val="24"/>
        </w:rPr>
        <w:t xml:space="preserve"> </w:t>
      </w:r>
      <w:proofErr w:type="spellStart"/>
      <w:r w:rsidR="00CB05BC" w:rsidRPr="004A37B6">
        <w:rPr>
          <w:sz w:val="24"/>
        </w:rPr>
        <w:t>sebelumnya</w:t>
      </w:r>
      <w:proofErr w:type="spellEnd"/>
      <w:r w:rsidR="00CB05BC" w:rsidRPr="004A37B6">
        <w:rPr>
          <w:sz w:val="24"/>
        </w:rPr>
        <w:t xml:space="preserve"> </w:t>
      </w:r>
      <w:proofErr w:type="spellStart"/>
      <w:r w:rsidR="00CB05BC" w:rsidRPr="004A37B6">
        <w:rPr>
          <w:sz w:val="24"/>
        </w:rPr>
        <w:t>menunjukkan</w:t>
      </w:r>
      <w:proofErr w:type="spellEnd"/>
      <w:r w:rsidR="00CB05BC" w:rsidRPr="004A37B6">
        <w:rPr>
          <w:sz w:val="24"/>
        </w:rPr>
        <w:t xml:space="preserve"> bahwa sistem penggajian berbasis web mampu meningkatkan akurasi perhitungan gaji dan mempercepat proses administrasi.</w:t>
      </w:r>
    </w:p>
    <w:p w:rsidR="00BC4921" w:rsidRPr="004A37B6" w:rsidRDefault="00CB05BC" w:rsidP="004A37B6">
      <w:pPr>
        <w:pStyle w:val="Heading2"/>
        <w:spacing w:after="240"/>
        <w:rPr>
          <w:color w:val="auto"/>
        </w:rPr>
      </w:pPr>
      <w:r w:rsidRPr="004A37B6">
        <w:rPr>
          <w:color w:val="auto"/>
        </w:rPr>
        <w:t>3. Metodologi Penelitian</w:t>
      </w:r>
    </w:p>
    <w:p w:rsidR="004A37B6" w:rsidRDefault="00CB05BC" w:rsidP="004A37B6">
      <w:pPr>
        <w:jc w:val="both"/>
        <w:rPr>
          <w:sz w:val="24"/>
        </w:rPr>
      </w:pPr>
      <w:r>
        <w:t>3.</w:t>
      </w:r>
      <w:r w:rsidR="004A37B6">
        <w:rPr>
          <w:sz w:val="24"/>
        </w:rPr>
        <w:t xml:space="preserve">1 </w:t>
      </w:r>
      <w:proofErr w:type="spellStart"/>
      <w:r w:rsidR="004A37B6">
        <w:rPr>
          <w:sz w:val="24"/>
        </w:rPr>
        <w:t>Metode</w:t>
      </w:r>
      <w:proofErr w:type="spellEnd"/>
      <w:r w:rsidR="004A37B6">
        <w:rPr>
          <w:sz w:val="24"/>
        </w:rPr>
        <w:t xml:space="preserve"> </w:t>
      </w:r>
      <w:proofErr w:type="spellStart"/>
      <w:r w:rsidR="004A37B6">
        <w:rPr>
          <w:sz w:val="24"/>
        </w:rPr>
        <w:t>Pengumpulan</w:t>
      </w:r>
      <w:proofErr w:type="spellEnd"/>
      <w:r w:rsidR="004A37B6">
        <w:rPr>
          <w:sz w:val="24"/>
        </w:rPr>
        <w:t xml:space="preserve"> Data</w:t>
      </w:r>
    </w:p>
    <w:p w:rsidR="004A37B6" w:rsidRDefault="004A37B6" w:rsidP="004A37B6">
      <w:pPr>
        <w:jc w:val="both"/>
        <w:rPr>
          <w:sz w:val="24"/>
        </w:rPr>
      </w:pPr>
      <w:r w:rsidRPr="004A37B6">
        <w:rPr>
          <w:sz w:val="24"/>
        </w:rPr>
        <w:tab/>
      </w:r>
      <w:proofErr w:type="gramStart"/>
      <w:r w:rsidR="00CB05BC" w:rsidRPr="004A37B6">
        <w:rPr>
          <w:sz w:val="24"/>
        </w:rPr>
        <w:t xml:space="preserve">Data </w:t>
      </w:r>
      <w:proofErr w:type="spellStart"/>
      <w:r w:rsidR="00CB05BC" w:rsidRPr="004A37B6">
        <w:rPr>
          <w:sz w:val="24"/>
        </w:rPr>
        <w:t>diperoleh</w:t>
      </w:r>
      <w:proofErr w:type="spellEnd"/>
      <w:r w:rsidR="00CB05BC" w:rsidRPr="004A37B6">
        <w:rPr>
          <w:sz w:val="24"/>
        </w:rPr>
        <w:t xml:space="preserve"> </w:t>
      </w:r>
      <w:proofErr w:type="spellStart"/>
      <w:r w:rsidR="00CB05BC" w:rsidRPr="004A37B6">
        <w:rPr>
          <w:sz w:val="24"/>
        </w:rPr>
        <w:t>melalui</w:t>
      </w:r>
      <w:proofErr w:type="spellEnd"/>
      <w:r w:rsidR="00CB05BC" w:rsidRPr="004A37B6">
        <w:rPr>
          <w:sz w:val="24"/>
        </w:rPr>
        <w:t xml:space="preserve"> </w:t>
      </w:r>
      <w:proofErr w:type="spellStart"/>
      <w:r w:rsidR="00CB05BC" w:rsidRPr="004A37B6">
        <w:rPr>
          <w:sz w:val="24"/>
        </w:rPr>
        <w:t>observasi</w:t>
      </w:r>
      <w:proofErr w:type="spellEnd"/>
      <w:r w:rsidR="00CB05BC" w:rsidRPr="004A37B6">
        <w:rPr>
          <w:sz w:val="24"/>
        </w:rPr>
        <w:t>, wawancara, serta studi dokumentas</w:t>
      </w:r>
      <w:r>
        <w:rPr>
          <w:sz w:val="24"/>
        </w:rPr>
        <w:t xml:space="preserve">i pada PT. </w:t>
      </w:r>
      <w:proofErr w:type="spellStart"/>
      <w:r>
        <w:rPr>
          <w:sz w:val="24"/>
        </w:rPr>
        <w:t>Barokah</w:t>
      </w:r>
      <w:proofErr w:type="spellEnd"/>
      <w:r>
        <w:rPr>
          <w:sz w:val="24"/>
        </w:rPr>
        <w:t xml:space="preserve"> </w:t>
      </w:r>
      <w:proofErr w:type="spellStart"/>
      <w:r>
        <w:rPr>
          <w:sz w:val="24"/>
        </w:rPr>
        <w:t>Utama</w:t>
      </w:r>
      <w:proofErr w:type="spellEnd"/>
      <w:r>
        <w:rPr>
          <w:sz w:val="24"/>
        </w:rPr>
        <w:t xml:space="preserve"> </w:t>
      </w:r>
      <w:proofErr w:type="spellStart"/>
      <w:r>
        <w:rPr>
          <w:sz w:val="24"/>
        </w:rPr>
        <w:t>Karya</w:t>
      </w:r>
      <w:proofErr w:type="spellEnd"/>
      <w:r>
        <w:rPr>
          <w:sz w:val="24"/>
        </w:rPr>
        <w:t>.</w:t>
      </w:r>
      <w:proofErr w:type="gramEnd"/>
    </w:p>
    <w:p w:rsidR="004A37B6" w:rsidRDefault="004A37B6" w:rsidP="004A37B6">
      <w:pPr>
        <w:jc w:val="both"/>
        <w:rPr>
          <w:sz w:val="24"/>
        </w:rPr>
      </w:pPr>
    </w:p>
    <w:p w:rsidR="004A37B6" w:rsidRDefault="004A37B6" w:rsidP="004A37B6">
      <w:pPr>
        <w:jc w:val="both"/>
        <w:rPr>
          <w:sz w:val="24"/>
        </w:rPr>
      </w:pPr>
    </w:p>
    <w:p w:rsidR="004A37B6" w:rsidRDefault="004A37B6" w:rsidP="004A37B6">
      <w:pPr>
        <w:jc w:val="both"/>
        <w:rPr>
          <w:sz w:val="24"/>
        </w:rPr>
      </w:pPr>
    </w:p>
    <w:p w:rsidR="004A37B6" w:rsidRPr="00C268CA" w:rsidRDefault="004A37B6" w:rsidP="004A37B6">
      <w:pPr>
        <w:jc w:val="both"/>
        <w:rPr>
          <w:sz w:val="24"/>
          <w:szCs w:val="24"/>
        </w:rPr>
      </w:pPr>
      <w:r>
        <w:rPr>
          <w:sz w:val="24"/>
        </w:rPr>
        <w:lastRenderedPageBreak/>
        <w:t>3</w:t>
      </w:r>
      <w:r w:rsidRPr="00C268CA">
        <w:rPr>
          <w:sz w:val="24"/>
          <w:szCs w:val="24"/>
        </w:rPr>
        <w:t xml:space="preserve">.2 </w:t>
      </w:r>
      <w:proofErr w:type="spellStart"/>
      <w:r w:rsidRPr="00C268CA">
        <w:rPr>
          <w:sz w:val="24"/>
          <w:szCs w:val="24"/>
        </w:rPr>
        <w:t>Analisis</w:t>
      </w:r>
      <w:proofErr w:type="spellEnd"/>
      <w:r w:rsidRPr="00C268CA">
        <w:rPr>
          <w:sz w:val="24"/>
          <w:szCs w:val="24"/>
        </w:rPr>
        <w:t xml:space="preserve"> </w:t>
      </w:r>
      <w:proofErr w:type="spellStart"/>
      <w:r w:rsidRPr="00C268CA">
        <w:rPr>
          <w:sz w:val="24"/>
          <w:szCs w:val="24"/>
        </w:rPr>
        <w:t>Sistem</w:t>
      </w:r>
      <w:proofErr w:type="spellEnd"/>
    </w:p>
    <w:p w:rsidR="004A37B6" w:rsidRPr="00C268CA" w:rsidRDefault="004A37B6" w:rsidP="004A37B6">
      <w:pPr>
        <w:jc w:val="both"/>
        <w:rPr>
          <w:sz w:val="24"/>
          <w:szCs w:val="24"/>
        </w:rPr>
      </w:pPr>
      <w:r w:rsidRPr="00C268CA">
        <w:rPr>
          <w:sz w:val="24"/>
          <w:szCs w:val="24"/>
        </w:rPr>
        <w:tab/>
      </w:r>
      <w:proofErr w:type="spellStart"/>
      <w:r w:rsidR="00CB05BC" w:rsidRPr="00C268CA">
        <w:rPr>
          <w:sz w:val="24"/>
          <w:szCs w:val="24"/>
        </w:rPr>
        <w:t>Sistem</w:t>
      </w:r>
      <w:proofErr w:type="spellEnd"/>
      <w:r w:rsidR="00CB05BC" w:rsidRPr="00C268CA">
        <w:rPr>
          <w:sz w:val="24"/>
          <w:szCs w:val="24"/>
        </w:rPr>
        <w:t xml:space="preserve"> lama </w:t>
      </w:r>
      <w:proofErr w:type="spellStart"/>
      <w:r w:rsidR="00CB05BC" w:rsidRPr="00C268CA">
        <w:rPr>
          <w:sz w:val="24"/>
          <w:szCs w:val="24"/>
        </w:rPr>
        <w:t>menggunakan</w:t>
      </w:r>
      <w:proofErr w:type="spellEnd"/>
      <w:r w:rsidR="00CB05BC" w:rsidRPr="00C268CA">
        <w:rPr>
          <w:sz w:val="24"/>
          <w:szCs w:val="24"/>
        </w:rPr>
        <w:t xml:space="preserve"> Excel dengan kelemahan: pencarian data lambat, rawan </w:t>
      </w:r>
      <w:proofErr w:type="spellStart"/>
      <w:r w:rsidR="00CB05BC" w:rsidRPr="00C268CA">
        <w:rPr>
          <w:sz w:val="24"/>
          <w:szCs w:val="24"/>
        </w:rPr>
        <w:t>kesalahan</w:t>
      </w:r>
      <w:proofErr w:type="spellEnd"/>
      <w:r w:rsidR="00CB05BC" w:rsidRPr="00C268CA">
        <w:rPr>
          <w:sz w:val="24"/>
          <w:szCs w:val="24"/>
        </w:rPr>
        <w:t xml:space="preserve"> input, </w:t>
      </w:r>
      <w:proofErr w:type="spellStart"/>
      <w:r w:rsidR="00CB05BC" w:rsidRPr="00C268CA">
        <w:rPr>
          <w:sz w:val="24"/>
          <w:szCs w:val="24"/>
        </w:rPr>
        <w:t>dan</w:t>
      </w:r>
      <w:proofErr w:type="spellEnd"/>
      <w:r w:rsidR="00CB05BC" w:rsidRPr="00C268CA">
        <w:rPr>
          <w:sz w:val="24"/>
          <w:szCs w:val="24"/>
        </w:rPr>
        <w:t xml:space="preserve"> </w:t>
      </w:r>
      <w:proofErr w:type="spellStart"/>
      <w:r w:rsidR="00CB05BC" w:rsidRPr="00C268CA">
        <w:rPr>
          <w:sz w:val="24"/>
          <w:szCs w:val="24"/>
        </w:rPr>
        <w:t>laporan</w:t>
      </w:r>
      <w:proofErr w:type="spellEnd"/>
      <w:r w:rsidR="00CB05BC" w:rsidRPr="00C268CA">
        <w:rPr>
          <w:sz w:val="24"/>
          <w:szCs w:val="24"/>
        </w:rPr>
        <w:t xml:space="preserve"> </w:t>
      </w:r>
      <w:proofErr w:type="spellStart"/>
      <w:r w:rsidR="00CB05BC" w:rsidRPr="00C268CA">
        <w:rPr>
          <w:sz w:val="24"/>
          <w:szCs w:val="24"/>
        </w:rPr>
        <w:t>membutuhkan</w:t>
      </w:r>
      <w:proofErr w:type="spellEnd"/>
      <w:r w:rsidR="00CB05BC" w:rsidRPr="00C268CA">
        <w:rPr>
          <w:sz w:val="24"/>
          <w:szCs w:val="24"/>
        </w:rPr>
        <w:t xml:space="preserve"> </w:t>
      </w:r>
      <w:proofErr w:type="spellStart"/>
      <w:r w:rsidR="00CB05BC" w:rsidRPr="00C268CA">
        <w:rPr>
          <w:sz w:val="24"/>
          <w:szCs w:val="24"/>
        </w:rPr>
        <w:t>waktu</w:t>
      </w:r>
      <w:proofErr w:type="spellEnd"/>
      <w:r w:rsidR="00CB05BC" w:rsidRPr="00C268CA">
        <w:rPr>
          <w:sz w:val="24"/>
          <w:szCs w:val="24"/>
        </w:rPr>
        <w:t xml:space="preserve"> lama.</w:t>
      </w:r>
    </w:p>
    <w:p w:rsidR="004A37B6" w:rsidRPr="00C268CA" w:rsidRDefault="004A37B6" w:rsidP="004A37B6">
      <w:pPr>
        <w:jc w:val="both"/>
        <w:rPr>
          <w:sz w:val="24"/>
          <w:szCs w:val="24"/>
        </w:rPr>
      </w:pPr>
      <w:r w:rsidRPr="00C268CA">
        <w:rPr>
          <w:sz w:val="24"/>
          <w:szCs w:val="24"/>
        </w:rPr>
        <w:t xml:space="preserve">3.3 </w:t>
      </w:r>
      <w:proofErr w:type="spellStart"/>
      <w:r w:rsidRPr="00C268CA">
        <w:rPr>
          <w:sz w:val="24"/>
          <w:szCs w:val="24"/>
        </w:rPr>
        <w:t>Perancangan</w:t>
      </w:r>
      <w:proofErr w:type="spellEnd"/>
      <w:r w:rsidRPr="00C268CA">
        <w:rPr>
          <w:sz w:val="24"/>
          <w:szCs w:val="24"/>
        </w:rPr>
        <w:t xml:space="preserve"> </w:t>
      </w:r>
      <w:proofErr w:type="spellStart"/>
      <w:r w:rsidRPr="00C268CA">
        <w:rPr>
          <w:sz w:val="24"/>
          <w:szCs w:val="24"/>
        </w:rPr>
        <w:t>Sistem</w:t>
      </w:r>
      <w:proofErr w:type="spellEnd"/>
    </w:p>
    <w:p w:rsidR="004A37B6" w:rsidRPr="00C268CA" w:rsidRDefault="004A37B6" w:rsidP="004A37B6">
      <w:pPr>
        <w:jc w:val="both"/>
        <w:rPr>
          <w:sz w:val="24"/>
          <w:szCs w:val="24"/>
        </w:rPr>
      </w:pPr>
      <w:r w:rsidRPr="00C268CA">
        <w:rPr>
          <w:sz w:val="24"/>
          <w:szCs w:val="24"/>
        </w:rPr>
        <w:tab/>
      </w:r>
      <w:proofErr w:type="spellStart"/>
      <w:r w:rsidR="00CB05BC" w:rsidRPr="00C268CA">
        <w:rPr>
          <w:sz w:val="24"/>
          <w:szCs w:val="24"/>
        </w:rPr>
        <w:t>Sistem</w:t>
      </w:r>
      <w:proofErr w:type="spellEnd"/>
      <w:r w:rsidR="00CB05BC" w:rsidRPr="00C268CA">
        <w:rPr>
          <w:sz w:val="24"/>
          <w:szCs w:val="24"/>
        </w:rPr>
        <w:t xml:space="preserve"> </w:t>
      </w:r>
      <w:proofErr w:type="spellStart"/>
      <w:r w:rsidR="00CB05BC" w:rsidRPr="00C268CA">
        <w:rPr>
          <w:sz w:val="24"/>
          <w:szCs w:val="24"/>
        </w:rPr>
        <w:t>dirancang</w:t>
      </w:r>
      <w:proofErr w:type="spellEnd"/>
      <w:r w:rsidR="00CB05BC" w:rsidRPr="00C268CA">
        <w:rPr>
          <w:sz w:val="24"/>
          <w:szCs w:val="24"/>
        </w:rPr>
        <w:t xml:space="preserve"> </w:t>
      </w:r>
      <w:proofErr w:type="spellStart"/>
      <w:r w:rsidR="00CB05BC" w:rsidRPr="00C268CA">
        <w:rPr>
          <w:sz w:val="24"/>
          <w:szCs w:val="24"/>
        </w:rPr>
        <w:t>menggunakan</w:t>
      </w:r>
      <w:proofErr w:type="spellEnd"/>
      <w:r w:rsidR="00CB05BC" w:rsidRPr="00C268CA">
        <w:rPr>
          <w:sz w:val="24"/>
          <w:szCs w:val="24"/>
        </w:rPr>
        <w:t xml:space="preserve"> Unified Modeling Language (UML), </w:t>
      </w:r>
      <w:proofErr w:type="spellStart"/>
      <w:r w:rsidR="00CB05BC" w:rsidRPr="00C268CA">
        <w:rPr>
          <w:sz w:val="24"/>
          <w:szCs w:val="24"/>
        </w:rPr>
        <w:t>meliputi</w:t>
      </w:r>
      <w:proofErr w:type="spellEnd"/>
      <w:r w:rsidR="00CB05BC" w:rsidRPr="00C268CA">
        <w:rPr>
          <w:sz w:val="24"/>
          <w:szCs w:val="24"/>
        </w:rPr>
        <w:t xml:space="preserve"> Use Case Diagram, Activity Diagram, Sequence D</w:t>
      </w:r>
      <w:r w:rsidRPr="00C268CA">
        <w:rPr>
          <w:sz w:val="24"/>
          <w:szCs w:val="24"/>
        </w:rPr>
        <w:t xml:space="preserve">iagram, Class Diagram, </w:t>
      </w:r>
      <w:proofErr w:type="spellStart"/>
      <w:r w:rsidRPr="00C268CA">
        <w:rPr>
          <w:sz w:val="24"/>
          <w:szCs w:val="24"/>
        </w:rPr>
        <w:t>dan</w:t>
      </w:r>
      <w:proofErr w:type="spellEnd"/>
      <w:r w:rsidRPr="00C268CA">
        <w:rPr>
          <w:sz w:val="24"/>
          <w:szCs w:val="24"/>
        </w:rPr>
        <w:t xml:space="preserve"> ERD.</w:t>
      </w:r>
    </w:p>
    <w:p w:rsidR="004A37B6" w:rsidRPr="00C268CA" w:rsidRDefault="004A37B6" w:rsidP="004A37B6">
      <w:pPr>
        <w:jc w:val="both"/>
        <w:rPr>
          <w:sz w:val="24"/>
          <w:szCs w:val="24"/>
        </w:rPr>
      </w:pPr>
      <w:r w:rsidRPr="00C268CA">
        <w:rPr>
          <w:sz w:val="24"/>
          <w:szCs w:val="24"/>
        </w:rPr>
        <w:t xml:space="preserve">3.4 </w:t>
      </w:r>
      <w:proofErr w:type="spellStart"/>
      <w:r w:rsidRPr="00C268CA">
        <w:rPr>
          <w:sz w:val="24"/>
          <w:szCs w:val="24"/>
        </w:rPr>
        <w:t>Implementasi</w:t>
      </w:r>
      <w:proofErr w:type="spellEnd"/>
    </w:p>
    <w:p w:rsidR="00BC4921" w:rsidRPr="00C268CA" w:rsidRDefault="004A37B6" w:rsidP="004A37B6">
      <w:pPr>
        <w:jc w:val="both"/>
        <w:rPr>
          <w:sz w:val="24"/>
          <w:szCs w:val="24"/>
        </w:rPr>
      </w:pPr>
      <w:r w:rsidRPr="00C268CA">
        <w:rPr>
          <w:sz w:val="24"/>
          <w:szCs w:val="24"/>
        </w:rPr>
        <w:tab/>
      </w:r>
      <w:proofErr w:type="spellStart"/>
      <w:proofErr w:type="gramStart"/>
      <w:r w:rsidR="00CB05BC" w:rsidRPr="00C268CA">
        <w:rPr>
          <w:sz w:val="24"/>
          <w:szCs w:val="24"/>
        </w:rPr>
        <w:t>Aplikasi</w:t>
      </w:r>
      <w:proofErr w:type="spellEnd"/>
      <w:r w:rsidR="00CB05BC" w:rsidRPr="00C268CA">
        <w:rPr>
          <w:sz w:val="24"/>
          <w:szCs w:val="24"/>
        </w:rPr>
        <w:t xml:space="preserve"> </w:t>
      </w:r>
      <w:proofErr w:type="spellStart"/>
      <w:r w:rsidR="00CB05BC" w:rsidRPr="00C268CA">
        <w:rPr>
          <w:sz w:val="24"/>
          <w:szCs w:val="24"/>
        </w:rPr>
        <w:t>dikembangkan</w:t>
      </w:r>
      <w:proofErr w:type="spellEnd"/>
      <w:r w:rsidR="00CB05BC" w:rsidRPr="00C268CA">
        <w:rPr>
          <w:sz w:val="24"/>
          <w:szCs w:val="24"/>
        </w:rPr>
        <w:t xml:space="preserve"> </w:t>
      </w:r>
      <w:proofErr w:type="spellStart"/>
      <w:r w:rsidR="00CB05BC" w:rsidRPr="00C268CA">
        <w:rPr>
          <w:sz w:val="24"/>
          <w:szCs w:val="24"/>
        </w:rPr>
        <w:t>menggunakan</w:t>
      </w:r>
      <w:proofErr w:type="spellEnd"/>
      <w:r w:rsidR="00CB05BC" w:rsidRPr="00C268CA">
        <w:rPr>
          <w:sz w:val="24"/>
          <w:szCs w:val="24"/>
        </w:rPr>
        <w:t xml:space="preserve"> PHP, MySQL, XAMPP, dan Visual Studio Code.</w:t>
      </w:r>
      <w:proofErr w:type="gramEnd"/>
    </w:p>
    <w:p w:rsidR="00BC4921" w:rsidRPr="004A37B6" w:rsidRDefault="00CB05BC" w:rsidP="004A37B6">
      <w:pPr>
        <w:pStyle w:val="Heading2"/>
        <w:spacing w:after="240"/>
        <w:rPr>
          <w:color w:val="auto"/>
        </w:rPr>
      </w:pPr>
      <w:r w:rsidRPr="004A37B6">
        <w:rPr>
          <w:color w:val="auto"/>
        </w:rPr>
        <w:t>4. Hasil dan Pembahasan</w:t>
      </w:r>
    </w:p>
    <w:p w:rsidR="004A37B6" w:rsidRDefault="004A37B6" w:rsidP="004A37B6">
      <w:pPr>
        <w:tabs>
          <w:tab w:val="left" w:pos="360"/>
        </w:tabs>
        <w:jc w:val="both"/>
        <w:rPr>
          <w:sz w:val="24"/>
        </w:rPr>
      </w:pPr>
      <w:r>
        <w:rPr>
          <w:sz w:val="24"/>
        </w:rPr>
        <w:t xml:space="preserve">4.1 </w:t>
      </w:r>
      <w:proofErr w:type="spellStart"/>
      <w:r>
        <w:rPr>
          <w:sz w:val="24"/>
        </w:rPr>
        <w:t>Implementasi</w:t>
      </w:r>
      <w:proofErr w:type="spellEnd"/>
      <w:r>
        <w:rPr>
          <w:sz w:val="24"/>
        </w:rPr>
        <w:t xml:space="preserve"> </w:t>
      </w:r>
      <w:proofErr w:type="spellStart"/>
      <w:r>
        <w:rPr>
          <w:sz w:val="24"/>
        </w:rPr>
        <w:t>Sistem</w:t>
      </w:r>
      <w:proofErr w:type="spellEnd"/>
    </w:p>
    <w:p w:rsidR="004A37B6" w:rsidRDefault="004A37B6" w:rsidP="004A37B6">
      <w:pPr>
        <w:tabs>
          <w:tab w:val="left" w:pos="360"/>
        </w:tabs>
        <w:jc w:val="both"/>
        <w:rPr>
          <w:sz w:val="24"/>
        </w:rPr>
      </w:pPr>
      <w:r>
        <w:rPr>
          <w:sz w:val="24"/>
        </w:rPr>
        <w:tab/>
      </w:r>
      <w:proofErr w:type="spellStart"/>
      <w:r w:rsidR="00CB05BC" w:rsidRPr="004A37B6">
        <w:rPr>
          <w:sz w:val="24"/>
        </w:rPr>
        <w:t>Sistem</w:t>
      </w:r>
      <w:proofErr w:type="spellEnd"/>
      <w:r w:rsidR="00CB05BC" w:rsidRPr="004A37B6">
        <w:rPr>
          <w:sz w:val="24"/>
        </w:rPr>
        <w:t xml:space="preserve"> </w:t>
      </w:r>
      <w:proofErr w:type="spellStart"/>
      <w:r w:rsidR="00CB05BC" w:rsidRPr="004A37B6">
        <w:rPr>
          <w:sz w:val="24"/>
        </w:rPr>
        <w:t>memiliki</w:t>
      </w:r>
      <w:proofErr w:type="spellEnd"/>
      <w:r w:rsidR="00CB05BC" w:rsidRPr="004A37B6">
        <w:rPr>
          <w:sz w:val="24"/>
        </w:rPr>
        <w:t xml:space="preserve"> </w:t>
      </w:r>
      <w:proofErr w:type="spellStart"/>
      <w:r w:rsidR="00CB05BC" w:rsidRPr="004A37B6">
        <w:rPr>
          <w:sz w:val="24"/>
        </w:rPr>
        <w:t>dua</w:t>
      </w:r>
      <w:proofErr w:type="spellEnd"/>
      <w:r w:rsidR="00CB05BC" w:rsidRPr="004A37B6">
        <w:rPr>
          <w:sz w:val="24"/>
        </w:rPr>
        <w:t xml:space="preserve"> level pengguna: Admin dan Karyawan. Admin dapat mengelola data karyawan, absensi, jabatan, potongan gaji, serta mencetak laporan. Karyawan dapat melihat slip gaji dan mengubah p</w:t>
      </w:r>
      <w:r>
        <w:rPr>
          <w:sz w:val="24"/>
        </w:rPr>
        <w:t>assword.</w:t>
      </w:r>
      <w:r>
        <w:rPr>
          <w:sz w:val="24"/>
        </w:rPr>
        <w:br/>
      </w:r>
      <w:r>
        <w:rPr>
          <w:sz w:val="24"/>
        </w:rPr>
        <w:br/>
        <w:t xml:space="preserve">4.2 </w:t>
      </w:r>
      <w:proofErr w:type="spellStart"/>
      <w:r>
        <w:rPr>
          <w:sz w:val="24"/>
        </w:rPr>
        <w:t>Keunggulan</w:t>
      </w:r>
      <w:proofErr w:type="spellEnd"/>
      <w:r>
        <w:rPr>
          <w:sz w:val="24"/>
        </w:rPr>
        <w:t xml:space="preserve"> </w:t>
      </w:r>
      <w:proofErr w:type="spellStart"/>
      <w:r>
        <w:rPr>
          <w:sz w:val="24"/>
        </w:rPr>
        <w:t>Sistem</w:t>
      </w:r>
      <w:proofErr w:type="spellEnd"/>
    </w:p>
    <w:p w:rsidR="004A37B6" w:rsidRDefault="004A37B6" w:rsidP="004A37B6">
      <w:pPr>
        <w:tabs>
          <w:tab w:val="left" w:pos="360"/>
        </w:tabs>
        <w:spacing w:after="0"/>
        <w:jc w:val="both"/>
        <w:rPr>
          <w:sz w:val="24"/>
        </w:rPr>
      </w:pPr>
      <w:r>
        <w:rPr>
          <w:sz w:val="24"/>
        </w:rPr>
        <w:t xml:space="preserve">1. </w:t>
      </w:r>
      <w:proofErr w:type="spellStart"/>
      <w:r>
        <w:rPr>
          <w:sz w:val="24"/>
        </w:rPr>
        <w:t>Efisiensi</w:t>
      </w:r>
      <w:proofErr w:type="spellEnd"/>
      <w:r>
        <w:rPr>
          <w:sz w:val="24"/>
        </w:rPr>
        <w:t xml:space="preserve"> </w:t>
      </w:r>
      <w:proofErr w:type="spellStart"/>
      <w:r>
        <w:rPr>
          <w:sz w:val="24"/>
        </w:rPr>
        <w:t>waktu</w:t>
      </w:r>
      <w:proofErr w:type="spellEnd"/>
      <w:r>
        <w:rPr>
          <w:sz w:val="24"/>
        </w:rPr>
        <w:t xml:space="preserve"> </w:t>
      </w:r>
      <w:proofErr w:type="spellStart"/>
      <w:r>
        <w:rPr>
          <w:sz w:val="24"/>
        </w:rPr>
        <w:t>dan</w:t>
      </w:r>
      <w:proofErr w:type="spellEnd"/>
      <w:r>
        <w:rPr>
          <w:sz w:val="24"/>
        </w:rPr>
        <w:t xml:space="preserve"> </w:t>
      </w:r>
      <w:proofErr w:type="spellStart"/>
      <w:r>
        <w:rPr>
          <w:sz w:val="24"/>
        </w:rPr>
        <w:t>biaya</w:t>
      </w:r>
      <w:proofErr w:type="spellEnd"/>
    </w:p>
    <w:p w:rsidR="004A37B6" w:rsidRDefault="004A37B6" w:rsidP="004A37B6">
      <w:pPr>
        <w:tabs>
          <w:tab w:val="left" w:pos="360"/>
        </w:tabs>
        <w:spacing w:after="0"/>
        <w:jc w:val="both"/>
        <w:rPr>
          <w:sz w:val="24"/>
        </w:rPr>
      </w:pPr>
      <w:r>
        <w:rPr>
          <w:sz w:val="24"/>
        </w:rPr>
        <w:t xml:space="preserve">2. </w:t>
      </w:r>
      <w:proofErr w:type="spellStart"/>
      <w:r>
        <w:rPr>
          <w:sz w:val="24"/>
        </w:rPr>
        <w:t>Akurasi</w:t>
      </w:r>
      <w:proofErr w:type="spellEnd"/>
      <w:r>
        <w:rPr>
          <w:sz w:val="24"/>
        </w:rPr>
        <w:t xml:space="preserve"> </w:t>
      </w:r>
      <w:proofErr w:type="spellStart"/>
      <w:r>
        <w:rPr>
          <w:sz w:val="24"/>
        </w:rPr>
        <w:t>perhitungan</w:t>
      </w:r>
      <w:proofErr w:type="spellEnd"/>
    </w:p>
    <w:p w:rsidR="004A37B6" w:rsidRDefault="004A37B6" w:rsidP="004A37B6">
      <w:pPr>
        <w:tabs>
          <w:tab w:val="left" w:pos="360"/>
        </w:tabs>
        <w:spacing w:after="0"/>
        <w:jc w:val="both"/>
        <w:rPr>
          <w:sz w:val="24"/>
        </w:rPr>
      </w:pPr>
      <w:r>
        <w:rPr>
          <w:sz w:val="24"/>
        </w:rPr>
        <w:t xml:space="preserve">3. </w:t>
      </w:r>
      <w:proofErr w:type="spellStart"/>
      <w:r>
        <w:rPr>
          <w:sz w:val="24"/>
        </w:rPr>
        <w:t>Transparansi</w:t>
      </w:r>
      <w:proofErr w:type="spellEnd"/>
    </w:p>
    <w:p w:rsidR="004A37B6" w:rsidRDefault="004A37B6" w:rsidP="004A37B6">
      <w:pPr>
        <w:tabs>
          <w:tab w:val="left" w:pos="360"/>
        </w:tabs>
        <w:spacing w:after="0"/>
        <w:jc w:val="both"/>
        <w:rPr>
          <w:sz w:val="24"/>
        </w:rPr>
      </w:pPr>
      <w:r>
        <w:rPr>
          <w:sz w:val="24"/>
        </w:rPr>
        <w:t xml:space="preserve">4. </w:t>
      </w:r>
      <w:proofErr w:type="spellStart"/>
      <w:r>
        <w:rPr>
          <w:sz w:val="24"/>
        </w:rPr>
        <w:t>Keamanan</w:t>
      </w:r>
      <w:proofErr w:type="spellEnd"/>
      <w:r>
        <w:rPr>
          <w:sz w:val="24"/>
        </w:rPr>
        <w:t xml:space="preserve"> data</w:t>
      </w:r>
    </w:p>
    <w:p w:rsidR="004A37B6" w:rsidRDefault="004A37B6" w:rsidP="004A37B6">
      <w:pPr>
        <w:tabs>
          <w:tab w:val="left" w:pos="360"/>
        </w:tabs>
        <w:spacing w:after="0"/>
        <w:jc w:val="both"/>
        <w:rPr>
          <w:sz w:val="24"/>
        </w:rPr>
      </w:pPr>
      <w:r>
        <w:rPr>
          <w:sz w:val="24"/>
        </w:rPr>
        <w:t xml:space="preserve">5. </w:t>
      </w:r>
      <w:proofErr w:type="spellStart"/>
      <w:r>
        <w:rPr>
          <w:sz w:val="24"/>
        </w:rPr>
        <w:t>Integrasi</w:t>
      </w:r>
      <w:proofErr w:type="spellEnd"/>
      <w:r>
        <w:rPr>
          <w:sz w:val="24"/>
        </w:rPr>
        <w:t xml:space="preserve"> </w:t>
      </w:r>
      <w:proofErr w:type="spellStart"/>
      <w:r>
        <w:rPr>
          <w:sz w:val="24"/>
        </w:rPr>
        <w:t>dengan</w:t>
      </w:r>
      <w:proofErr w:type="spellEnd"/>
      <w:r>
        <w:rPr>
          <w:sz w:val="24"/>
        </w:rPr>
        <w:t xml:space="preserve"> </w:t>
      </w:r>
      <w:proofErr w:type="spellStart"/>
      <w:r>
        <w:rPr>
          <w:sz w:val="24"/>
        </w:rPr>
        <w:t>sistem</w:t>
      </w:r>
      <w:proofErr w:type="spellEnd"/>
      <w:r>
        <w:rPr>
          <w:sz w:val="24"/>
        </w:rPr>
        <w:t xml:space="preserve"> lain</w:t>
      </w:r>
    </w:p>
    <w:p w:rsidR="004A37B6" w:rsidRDefault="004A37B6" w:rsidP="004A37B6">
      <w:pPr>
        <w:tabs>
          <w:tab w:val="left" w:pos="360"/>
        </w:tabs>
        <w:jc w:val="both"/>
        <w:rPr>
          <w:sz w:val="24"/>
        </w:rPr>
      </w:pPr>
    </w:p>
    <w:p w:rsidR="004A37B6" w:rsidRDefault="004A37B6" w:rsidP="004A37B6">
      <w:pPr>
        <w:tabs>
          <w:tab w:val="left" w:pos="360"/>
        </w:tabs>
        <w:jc w:val="both"/>
        <w:rPr>
          <w:sz w:val="24"/>
        </w:rPr>
      </w:pPr>
      <w:r>
        <w:rPr>
          <w:sz w:val="24"/>
        </w:rPr>
        <w:t xml:space="preserve">4.3 </w:t>
      </w:r>
      <w:proofErr w:type="spellStart"/>
      <w:r>
        <w:rPr>
          <w:sz w:val="24"/>
        </w:rPr>
        <w:t>Kelemahan</w:t>
      </w:r>
      <w:proofErr w:type="spellEnd"/>
      <w:r>
        <w:rPr>
          <w:sz w:val="24"/>
        </w:rPr>
        <w:t xml:space="preserve"> </w:t>
      </w:r>
      <w:proofErr w:type="spellStart"/>
      <w:r>
        <w:rPr>
          <w:sz w:val="24"/>
        </w:rPr>
        <w:t>Sistem</w:t>
      </w:r>
      <w:proofErr w:type="spellEnd"/>
    </w:p>
    <w:p w:rsidR="00BC4921" w:rsidRDefault="004A37B6" w:rsidP="004A37B6">
      <w:pPr>
        <w:tabs>
          <w:tab w:val="left" w:pos="360"/>
        </w:tabs>
        <w:jc w:val="both"/>
        <w:rPr>
          <w:sz w:val="24"/>
        </w:rPr>
      </w:pPr>
      <w:r w:rsidRPr="004A37B6">
        <w:rPr>
          <w:sz w:val="24"/>
        </w:rPr>
        <w:tab/>
      </w:r>
      <w:proofErr w:type="spellStart"/>
      <w:proofErr w:type="gramStart"/>
      <w:r w:rsidR="00CB05BC" w:rsidRPr="004A37B6">
        <w:rPr>
          <w:sz w:val="24"/>
        </w:rPr>
        <w:t>Sistem</w:t>
      </w:r>
      <w:proofErr w:type="spellEnd"/>
      <w:r w:rsidR="00CB05BC" w:rsidRPr="004A37B6">
        <w:rPr>
          <w:sz w:val="24"/>
        </w:rPr>
        <w:t xml:space="preserve"> </w:t>
      </w:r>
      <w:proofErr w:type="spellStart"/>
      <w:r w:rsidR="00CB05BC" w:rsidRPr="004A37B6">
        <w:rPr>
          <w:sz w:val="24"/>
        </w:rPr>
        <w:t>masih</w:t>
      </w:r>
      <w:proofErr w:type="spellEnd"/>
      <w:r w:rsidR="00CB05BC" w:rsidRPr="004A37B6">
        <w:rPr>
          <w:sz w:val="24"/>
        </w:rPr>
        <w:t xml:space="preserve"> </w:t>
      </w:r>
      <w:proofErr w:type="spellStart"/>
      <w:r w:rsidR="00CB05BC" w:rsidRPr="004A37B6">
        <w:rPr>
          <w:sz w:val="24"/>
        </w:rPr>
        <w:t>terbatas</w:t>
      </w:r>
      <w:proofErr w:type="spellEnd"/>
      <w:r w:rsidR="00CB05BC" w:rsidRPr="004A37B6">
        <w:rPr>
          <w:sz w:val="24"/>
        </w:rPr>
        <w:t xml:space="preserve"> </w:t>
      </w:r>
      <w:proofErr w:type="spellStart"/>
      <w:r w:rsidR="00CB05BC" w:rsidRPr="004A37B6">
        <w:rPr>
          <w:sz w:val="24"/>
        </w:rPr>
        <w:t>pada</w:t>
      </w:r>
      <w:proofErr w:type="spellEnd"/>
      <w:r w:rsidR="00CB05BC" w:rsidRPr="004A37B6">
        <w:rPr>
          <w:sz w:val="24"/>
        </w:rPr>
        <w:t xml:space="preserve"> penggajian dan absensi, belum </w:t>
      </w:r>
      <w:proofErr w:type="spellStart"/>
      <w:r w:rsidR="00CB05BC" w:rsidRPr="004A37B6">
        <w:rPr>
          <w:sz w:val="24"/>
        </w:rPr>
        <w:t>terintegrasi</w:t>
      </w:r>
      <w:proofErr w:type="spellEnd"/>
      <w:r w:rsidR="00CB05BC" w:rsidRPr="004A37B6">
        <w:rPr>
          <w:sz w:val="24"/>
        </w:rPr>
        <w:t xml:space="preserve"> </w:t>
      </w:r>
      <w:proofErr w:type="spellStart"/>
      <w:r w:rsidR="00CB05BC" w:rsidRPr="004A37B6">
        <w:rPr>
          <w:sz w:val="24"/>
        </w:rPr>
        <w:t>dengan</w:t>
      </w:r>
      <w:proofErr w:type="spellEnd"/>
      <w:r w:rsidR="00CB05BC" w:rsidRPr="004A37B6">
        <w:rPr>
          <w:sz w:val="24"/>
        </w:rPr>
        <w:t xml:space="preserve"> </w:t>
      </w:r>
      <w:proofErr w:type="spellStart"/>
      <w:r w:rsidR="00CB05BC" w:rsidRPr="004A37B6">
        <w:rPr>
          <w:sz w:val="24"/>
        </w:rPr>
        <w:t>sistem</w:t>
      </w:r>
      <w:proofErr w:type="spellEnd"/>
      <w:r w:rsidR="00CB05BC" w:rsidRPr="004A37B6">
        <w:rPr>
          <w:sz w:val="24"/>
        </w:rPr>
        <w:t xml:space="preserve"> </w:t>
      </w:r>
      <w:proofErr w:type="spellStart"/>
      <w:r w:rsidR="00CB05BC" w:rsidRPr="004A37B6">
        <w:rPr>
          <w:sz w:val="24"/>
        </w:rPr>
        <w:t>cuti</w:t>
      </w:r>
      <w:proofErr w:type="spellEnd"/>
      <w:r w:rsidR="00CB05BC" w:rsidRPr="004A37B6">
        <w:rPr>
          <w:sz w:val="24"/>
        </w:rPr>
        <w:t xml:space="preserve"> </w:t>
      </w:r>
      <w:proofErr w:type="spellStart"/>
      <w:r w:rsidR="00CB05BC" w:rsidRPr="004A37B6">
        <w:rPr>
          <w:sz w:val="24"/>
        </w:rPr>
        <w:t>atau</w:t>
      </w:r>
      <w:proofErr w:type="spellEnd"/>
      <w:r w:rsidR="00CB05BC" w:rsidRPr="004A37B6">
        <w:rPr>
          <w:sz w:val="24"/>
        </w:rPr>
        <w:t xml:space="preserve"> </w:t>
      </w:r>
      <w:proofErr w:type="spellStart"/>
      <w:r w:rsidR="00CB05BC" w:rsidRPr="004A37B6">
        <w:rPr>
          <w:sz w:val="24"/>
        </w:rPr>
        <w:t>absensi</w:t>
      </w:r>
      <w:proofErr w:type="spellEnd"/>
      <w:r w:rsidR="00CB05BC" w:rsidRPr="004A37B6">
        <w:rPr>
          <w:sz w:val="24"/>
        </w:rPr>
        <w:t xml:space="preserve"> fingerprint.</w:t>
      </w:r>
      <w:proofErr w:type="gramEnd"/>
    </w:p>
    <w:p w:rsidR="00BC4921" w:rsidRPr="004A37B6" w:rsidRDefault="00CB05BC" w:rsidP="00C268CA">
      <w:pPr>
        <w:pStyle w:val="Heading2"/>
        <w:spacing w:before="0" w:after="240"/>
        <w:rPr>
          <w:color w:val="auto"/>
        </w:rPr>
      </w:pPr>
      <w:r w:rsidRPr="004A37B6">
        <w:rPr>
          <w:color w:val="auto"/>
        </w:rPr>
        <w:t>5. Kesimpulan dan Saran</w:t>
      </w:r>
    </w:p>
    <w:p w:rsidR="00C268CA" w:rsidRDefault="00CB05BC" w:rsidP="00C268CA">
      <w:pPr>
        <w:spacing w:before="240"/>
        <w:rPr>
          <w:sz w:val="24"/>
        </w:rPr>
      </w:pPr>
      <w:r w:rsidRPr="00C268CA">
        <w:rPr>
          <w:sz w:val="24"/>
        </w:rPr>
        <w:t xml:space="preserve">5.1 </w:t>
      </w:r>
      <w:proofErr w:type="spellStart"/>
      <w:r w:rsidRPr="00C268CA">
        <w:rPr>
          <w:sz w:val="24"/>
        </w:rPr>
        <w:t>Kesimpulan</w:t>
      </w:r>
      <w:proofErr w:type="spellEnd"/>
    </w:p>
    <w:p w:rsidR="00C268CA" w:rsidRDefault="00C268CA" w:rsidP="00C268CA">
      <w:pPr>
        <w:spacing w:before="240"/>
        <w:jc w:val="both"/>
        <w:rPr>
          <w:sz w:val="24"/>
        </w:rPr>
      </w:pPr>
      <w:r>
        <w:rPr>
          <w:sz w:val="24"/>
        </w:rPr>
        <w:tab/>
      </w:r>
      <w:proofErr w:type="spellStart"/>
      <w:r w:rsidR="00CB05BC" w:rsidRPr="00C268CA">
        <w:rPr>
          <w:sz w:val="24"/>
        </w:rPr>
        <w:t>Sistem</w:t>
      </w:r>
      <w:proofErr w:type="spellEnd"/>
      <w:r w:rsidR="00CB05BC" w:rsidRPr="00C268CA">
        <w:rPr>
          <w:sz w:val="24"/>
        </w:rPr>
        <w:t xml:space="preserve"> </w:t>
      </w:r>
      <w:proofErr w:type="spellStart"/>
      <w:r w:rsidR="00CB05BC" w:rsidRPr="00C268CA">
        <w:rPr>
          <w:sz w:val="24"/>
        </w:rPr>
        <w:t>informasi</w:t>
      </w:r>
      <w:proofErr w:type="spellEnd"/>
      <w:r w:rsidR="00CB05BC" w:rsidRPr="00C268CA">
        <w:rPr>
          <w:sz w:val="24"/>
        </w:rPr>
        <w:t xml:space="preserve"> </w:t>
      </w:r>
      <w:proofErr w:type="spellStart"/>
      <w:r w:rsidR="00CB05BC" w:rsidRPr="00C268CA">
        <w:rPr>
          <w:sz w:val="24"/>
        </w:rPr>
        <w:t>penggajian</w:t>
      </w:r>
      <w:proofErr w:type="spellEnd"/>
      <w:r w:rsidR="00CB05BC" w:rsidRPr="00C268CA">
        <w:rPr>
          <w:sz w:val="24"/>
        </w:rPr>
        <w:t xml:space="preserve"> </w:t>
      </w:r>
      <w:proofErr w:type="spellStart"/>
      <w:r w:rsidR="00CB05BC" w:rsidRPr="00C268CA">
        <w:rPr>
          <w:sz w:val="24"/>
        </w:rPr>
        <w:t>karyawan</w:t>
      </w:r>
      <w:proofErr w:type="spellEnd"/>
      <w:r w:rsidR="00CB05BC" w:rsidRPr="00C268CA">
        <w:rPr>
          <w:sz w:val="24"/>
        </w:rPr>
        <w:t xml:space="preserve"> berbasis web pada PT. Barokah Utama Karya berhasil dikembangkan dengan PHP dan MySQL. </w:t>
      </w:r>
      <w:proofErr w:type="gramStart"/>
      <w:r w:rsidR="00CB05BC" w:rsidRPr="00C268CA">
        <w:rPr>
          <w:sz w:val="24"/>
        </w:rPr>
        <w:t xml:space="preserve">Sistem ini mampu </w:t>
      </w:r>
      <w:r w:rsidR="00CB05BC" w:rsidRPr="00C268CA">
        <w:rPr>
          <w:sz w:val="24"/>
        </w:rPr>
        <w:lastRenderedPageBreak/>
        <w:t xml:space="preserve">mempercepat perhitungan </w:t>
      </w:r>
      <w:proofErr w:type="spellStart"/>
      <w:r w:rsidR="00CB05BC" w:rsidRPr="00C268CA">
        <w:rPr>
          <w:sz w:val="24"/>
        </w:rPr>
        <w:t>gaji</w:t>
      </w:r>
      <w:proofErr w:type="spellEnd"/>
      <w:r w:rsidR="00CB05BC" w:rsidRPr="00C268CA">
        <w:rPr>
          <w:sz w:val="24"/>
        </w:rPr>
        <w:t xml:space="preserve">, </w:t>
      </w:r>
      <w:proofErr w:type="spellStart"/>
      <w:r w:rsidR="00CB05BC" w:rsidRPr="00C268CA">
        <w:rPr>
          <w:sz w:val="24"/>
        </w:rPr>
        <w:t>meningkatkan</w:t>
      </w:r>
      <w:proofErr w:type="spellEnd"/>
      <w:r w:rsidR="00CB05BC" w:rsidRPr="00C268CA">
        <w:rPr>
          <w:sz w:val="24"/>
        </w:rPr>
        <w:t xml:space="preserve"> </w:t>
      </w:r>
      <w:proofErr w:type="spellStart"/>
      <w:r w:rsidR="00CB05BC" w:rsidRPr="00C268CA">
        <w:rPr>
          <w:sz w:val="24"/>
        </w:rPr>
        <w:t>akurasi</w:t>
      </w:r>
      <w:proofErr w:type="spellEnd"/>
      <w:r w:rsidR="00CB05BC" w:rsidRPr="00C268CA">
        <w:rPr>
          <w:sz w:val="24"/>
        </w:rPr>
        <w:t xml:space="preserve">, </w:t>
      </w:r>
      <w:proofErr w:type="spellStart"/>
      <w:r w:rsidR="00CB05BC" w:rsidRPr="00C268CA">
        <w:rPr>
          <w:sz w:val="24"/>
        </w:rPr>
        <w:t>serta</w:t>
      </w:r>
      <w:proofErr w:type="spellEnd"/>
      <w:r w:rsidR="00CB05BC" w:rsidRPr="00C268CA">
        <w:rPr>
          <w:sz w:val="24"/>
        </w:rPr>
        <w:t xml:space="preserve"> </w:t>
      </w:r>
      <w:proofErr w:type="spellStart"/>
      <w:r w:rsidR="00CB05BC" w:rsidRPr="00C268CA">
        <w:rPr>
          <w:sz w:val="24"/>
        </w:rPr>
        <w:t>mempermudah</w:t>
      </w:r>
      <w:proofErr w:type="spellEnd"/>
      <w:r w:rsidR="00CB05BC" w:rsidRPr="00C268CA">
        <w:rPr>
          <w:sz w:val="24"/>
        </w:rPr>
        <w:t xml:space="preserve"> </w:t>
      </w:r>
      <w:proofErr w:type="spellStart"/>
      <w:r>
        <w:rPr>
          <w:sz w:val="24"/>
        </w:rPr>
        <w:t>penyusunan</w:t>
      </w:r>
      <w:proofErr w:type="spellEnd"/>
      <w:r>
        <w:rPr>
          <w:sz w:val="24"/>
        </w:rPr>
        <w:t xml:space="preserve"> </w:t>
      </w:r>
      <w:proofErr w:type="spellStart"/>
      <w:r>
        <w:rPr>
          <w:sz w:val="24"/>
        </w:rPr>
        <w:t>laporan</w:t>
      </w:r>
      <w:proofErr w:type="spellEnd"/>
      <w:r>
        <w:rPr>
          <w:sz w:val="24"/>
        </w:rPr>
        <w:t>.</w:t>
      </w:r>
      <w:proofErr w:type="gramEnd"/>
    </w:p>
    <w:p w:rsidR="00C268CA" w:rsidRDefault="00C268CA" w:rsidP="00C268CA">
      <w:pPr>
        <w:spacing w:before="240"/>
        <w:jc w:val="both"/>
        <w:rPr>
          <w:sz w:val="24"/>
        </w:rPr>
      </w:pPr>
      <w:r>
        <w:rPr>
          <w:sz w:val="24"/>
        </w:rPr>
        <w:t>5.2 Saran</w:t>
      </w:r>
    </w:p>
    <w:p w:rsidR="00BC4921" w:rsidRPr="00C268CA" w:rsidRDefault="00C268CA" w:rsidP="00C268CA">
      <w:pPr>
        <w:spacing w:before="240"/>
        <w:jc w:val="both"/>
        <w:rPr>
          <w:sz w:val="24"/>
        </w:rPr>
      </w:pPr>
      <w:r>
        <w:rPr>
          <w:sz w:val="24"/>
        </w:rPr>
        <w:tab/>
      </w:r>
      <w:proofErr w:type="spellStart"/>
      <w:r w:rsidR="00CB05BC" w:rsidRPr="00C268CA">
        <w:rPr>
          <w:sz w:val="24"/>
        </w:rPr>
        <w:t>Untuk</w:t>
      </w:r>
      <w:proofErr w:type="spellEnd"/>
      <w:r w:rsidR="00CB05BC" w:rsidRPr="00C268CA">
        <w:rPr>
          <w:sz w:val="24"/>
        </w:rPr>
        <w:t xml:space="preserve"> </w:t>
      </w:r>
      <w:proofErr w:type="spellStart"/>
      <w:r w:rsidR="00CB05BC" w:rsidRPr="00C268CA">
        <w:rPr>
          <w:sz w:val="24"/>
        </w:rPr>
        <w:t>pengembangan</w:t>
      </w:r>
      <w:proofErr w:type="spellEnd"/>
      <w:r w:rsidR="00CB05BC" w:rsidRPr="00C268CA">
        <w:rPr>
          <w:sz w:val="24"/>
        </w:rPr>
        <w:t xml:space="preserve"> </w:t>
      </w:r>
      <w:proofErr w:type="spellStart"/>
      <w:r w:rsidR="00CB05BC" w:rsidRPr="00C268CA">
        <w:rPr>
          <w:sz w:val="24"/>
        </w:rPr>
        <w:t>lebih</w:t>
      </w:r>
      <w:proofErr w:type="spellEnd"/>
      <w:r w:rsidR="00CB05BC" w:rsidRPr="00C268CA">
        <w:rPr>
          <w:sz w:val="24"/>
        </w:rPr>
        <w:t xml:space="preserve"> </w:t>
      </w:r>
      <w:proofErr w:type="spellStart"/>
      <w:r w:rsidR="00CB05BC" w:rsidRPr="00C268CA">
        <w:rPr>
          <w:sz w:val="24"/>
        </w:rPr>
        <w:t>lanjut</w:t>
      </w:r>
      <w:proofErr w:type="spellEnd"/>
      <w:r w:rsidR="00CB05BC" w:rsidRPr="00C268CA">
        <w:rPr>
          <w:sz w:val="24"/>
        </w:rPr>
        <w:t xml:space="preserve">, sistem dapat diintegrasikan dengan alat absensi biometrik, </w:t>
      </w:r>
      <w:proofErr w:type="gramStart"/>
      <w:r w:rsidR="00CB05BC" w:rsidRPr="00C268CA">
        <w:rPr>
          <w:sz w:val="24"/>
        </w:rPr>
        <w:t>sistem</w:t>
      </w:r>
      <w:proofErr w:type="gramEnd"/>
      <w:r w:rsidR="00CB05BC" w:rsidRPr="00C268CA">
        <w:rPr>
          <w:sz w:val="24"/>
        </w:rPr>
        <w:t xml:space="preserve"> cuti online, serta dilengkapi dengan notifikasi email atau WhatsApp bagi karyawan.</w:t>
      </w:r>
    </w:p>
    <w:p w:rsidR="00BC4921" w:rsidRPr="00C268CA" w:rsidRDefault="00CB05BC">
      <w:pPr>
        <w:pStyle w:val="Heading2"/>
        <w:rPr>
          <w:color w:val="auto"/>
        </w:rPr>
      </w:pPr>
      <w:r w:rsidRPr="00C268CA">
        <w:rPr>
          <w:color w:val="auto"/>
        </w:rPr>
        <w:t>Daftar Pustaka</w:t>
      </w:r>
    </w:p>
    <w:p w:rsidR="00BC4921" w:rsidRPr="00C268CA" w:rsidRDefault="00CB05BC" w:rsidP="00C268CA">
      <w:pPr>
        <w:pStyle w:val="ListBullet"/>
        <w:jc w:val="both"/>
        <w:rPr>
          <w:sz w:val="24"/>
        </w:rPr>
      </w:pPr>
      <w:r w:rsidRPr="00C268CA">
        <w:rPr>
          <w:sz w:val="24"/>
        </w:rPr>
        <w:t>Ali Sadikin. (2022). Sistem Informasi Penggajian Berbasis Web. Jurnal Teknologi Informasi.</w:t>
      </w:r>
    </w:p>
    <w:p w:rsidR="00BC4921" w:rsidRPr="00C268CA" w:rsidRDefault="00CB05BC" w:rsidP="00C268CA">
      <w:pPr>
        <w:pStyle w:val="ListBullet"/>
        <w:jc w:val="both"/>
        <w:rPr>
          <w:sz w:val="24"/>
        </w:rPr>
      </w:pPr>
      <w:r w:rsidRPr="00C268CA">
        <w:rPr>
          <w:sz w:val="24"/>
        </w:rPr>
        <w:t>Ade Rahman. (2022). Pemodelan Sistem Informasi Penggajian dengan UML. Jurnal Sistem Informasi.</w:t>
      </w:r>
    </w:p>
    <w:p w:rsidR="00BC4921" w:rsidRPr="00C268CA" w:rsidRDefault="00CB05BC" w:rsidP="00C268CA">
      <w:pPr>
        <w:pStyle w:val="ListBullet"/>
        <w:jc w:val="both"/>
        <w:rPr>
          <w:sz w:val="24"/>
        </w:rPr>
      </w:pPr>
      <w:r w:rsidRPr="00C268CA">
        <w:rPr>
          <w:sz w:val="24"/>
        </w:rPr>
        <w:t>Kenneth Laudon. (2020). Management Information Systems. Pearson.</w:t>
      </w:r>
    </w:p>
    <w:p w:rsidR="00BC4921" w:rsidRPr="00C268CA" w:rsidRDefault="00CB05BC" w:rsidP="00C268CA">
      <w:pPr>
        <w:pStyle w:val="ListBullet"/>
        <w:jc w:val="both"/>
        <w:rPr>
          <w:sz w:val="24"/>
        </w:rPr>
      </w:pPr>
      <w:r w:rsidRPr="00C268CA">
        <w:rPr>
          <w:sz w:val="24"/>
        </w:rPr>
        <w:t>Pressman, R. (2021). Software Engineering: A Practitioner's Approach. McGraw-Hill.</w:t>
      </w:r>
    </w:p>
    <w:p w:rsidR="00BC4921" w:rsidRPr="00C268CA" w:rsidRDefault="00CB05BC" w:rsidP="00C268CA">
      <w:pPr>
        <w:pStyle w:val="ListBullet"/>
        <w:jc w:val="both"/>
        <w:rPr>
          <w:sz w:val="24"/>
        </w:rPr>
      </w:pPr>
      <w:r w:rsidRPr="00C268CA">
        <w:rPr>
          <w:sz w:val="24"/>
        </w:rPr>
        <w:t>Nyoman T. S. Putra. (2021). Konsep dan Implementasi Perangkat Lunak.</w:t>
      </w:r>
    </w:p>
    <w:sectPr w:rsidR="00BC4921" w:rsidRPr="00C268C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A37B6"/>
    <w:rsid w:val="009B4B92"/>
    <w:rsid w:val="00AA1D8D"/>
    <w:rsid w:val="00B47730"/>
    <w:rsid w:val="00BC4921"/>
    <w:rsid w:val="00C268CA"/>
    <w:rsid w:val="00C87559"/>
    <w:rsid w:val="00CB05BC"/>
    <w:rsid w:val="00CB0664"/>
    <w:rsid w:val="00EC20F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A37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A37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airyupand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C80A3-5711-477B-8F59-45AD27B09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5130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ZAIN</cp:lastModifiedBy>
  <cp:revision>3</cp:revision>
  <dcterms:created xsi:type="dcterms:W3CDTF">2026-02-13T03:29:00Z</dcterms:created>
  <dcterms:modified xsi:type="dcterms:W3CDTF">2026-02-18T00:05:00Z</dcterms:modified>
</cp:coreProperties>
</file>